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Georgia" w:hAnsi="Georgia"/>
          <w:b/>
          <w:color w:val="16241C"/>
          <w:sz w:val="60"/>
        </w:rPr>
        <w:t>How to Communicate with AI</w:t>
      </w:r>
    </w:p>
    <w:p>
      <w:pPr>
        <w:jc w:val="center"/>
      </w:pPr>
      <w:r>
        <w:rPr>
          <w:i/>
          <w:color w:val="156A45"/>
          <w:sz w:val="26"/>
        </w:rPr>
        <w:t>A Beginner's Guide to Writing Prompts (Scripts) That Get Great Answers</w:t>
      </w:r>
    </w:p>
    <w:p/>
    <w:p>
      <w:pPr>
        <w:jc w:val="center"/>
      </w:pPr>
      <w:r>
        <w:rPr>
          <w:color w:val="16241C"/>
          <w:sz w:val="22"/>
        </w:rPr>
        <w:t>Learn to talk to AI the way you'd brief a smart, fast, literal assistant.</w:t>
      </w:r>
    </w:p>
    <w:p/>
    <w:p/>
    <w:p/>
    <w:p/>
    <w:p/>
    <w:p/>
    <w:p>
      <w:pPr>
        <w:jc w:val="center"/>
      </w:pPr>
      <w:r>
        <w:rPr>
          <w:b/>
          <w:sz w:val="24"/>
        </w:rPr>
        <w:t>Claude-Script Course</w:t>
      </w:r>
    </w:p>
    <w:p>
      <w:pPr>
        <w:jc w:val="center"/>
      </w:pPr>
      <w:r>
        <w:rPr>
          <w:color w:val="156A45"/>
          <w:sz w:val="20"/>
        </w:rPr>
        <w:t>https://chatbizdb.com/claude-script</w:t>
      </w:r>
    </w:p>
    <w:p>
      <w:r>
        <w:br w:type="page"/>
      </w:r>
    </w:p>
    <w:p/>
    <w:p/>
    <w:p>
      <w:pPr>
        <w:jc w:val="center"/>
      </w:pPr>
      <w:r>
        <w:rPr>
          <w:sz w:val="20"/>
        </w:rPr>
        <w:t>© 2026 Yahya Nazer · CTRL Designer LLC.</w:t>
      </w:r>
    </w:p>
    <w:p>
      <w:pPr>
        <w:jc w:val="center"/>
      </w:pPr>
      <w:r>
        <w:rPr>
          <w:sz w:val="20"/>
        </w:rPr>
        <w:t>All rights reserved.</w:t>
      </w:r>
    </w:p>
    <w:p/>
    <w:p>
      <w:pPr>
        <w:jc w:val="center"/>
      </w:pPr>
      <w:r>
        <w:rPr>
          <w:color w:val="156A45"/>
          <w:sz w:val="20"/>
        </w:rPr>
        <w:t>Contact Yahya Nazer at ChatBizDB.com</w:t>
      </w:r>
    </w:p>
    <w:p/>
    <w:p>
      <w:pPr>
        <w:jc w:val="center"/>
      </w:pPr>
      <w:r>
        <w:rPr>
          <w:color w:val="5C6B61"/>
          <w:sz w:val="18"/>
        </w:rPr>
        <w:t>No part of this book may be reproduced without permission of the author.</w:t>
      </w:r>
    </w:p>
    <w:p>
      <w:r>
        <w:br w:type="page"/>
      </w:r>
    </w:p>
    <w:p>
      <w:pPr>
        <w:pStyle w:val="H1Chapter"/>
      </w:pPr>
      <w:r>
        <w:t>Introduction</w:t>
      </w:r>
    </w:p>
    <w:p>
      <w:r>
        <w:t>Artificial Intelligence (AI) chat tools such as Claude, ChatGPT and Gemini can write, explain, summarise, translate and code. But they only answer the message you actually send. The message you write is called a prompt. In this course we also call it a script, because a good prompt is something you can save, reuse and improve.</w:t>
      </w:r>
    </w:p>
    <w:p>
      <w:r>
        <w:t>This course takes you from your very first one-line message all the way to reusable, professional-grade scripts. Every chapter gives you a plain-English idea, a fill-in-the-blank template, a real example you can copy, and a short exercise. No programming background is needed. If you can write an email, you can do this.</w:t>
      </w:r>
    </w:p>
    <w:p>
      <w:r>
        <w:t>How to read the examples: each example shows YOU (the prompt you send) and AI (a realistic sample of the kind of answer a good prompt produces). Sample answers are shortened to save space; a real answer may be longer, but its shape and quality will match.</w:t>
      </w:r>
    </w:p>
    <w:p>
      <w:pPr>
        <w:pStyle w:val="HSub"/>
      </w:pPr>
      <w:r>
        <w:t>How to use this course</w:t>
      </w:r>
    </w:p>
    <w:p>
      <w:pPr>
        <w:pStyle w:val="ListNumber"/>
      </w:pPr>
      <w:r>
        <w:t>Work through the chapters in order the first time; each one builds on the last.</w:t>
      </w:r>
    </w:p>
    <w:p>
      <w:pPr>
        <w:pStyle w:val="ListNumber"/>
      </w:pPr>
      <w:r>
        <w:t>Keep an AI chat open in another window and actually run every example. Reading is not enough.</w:t>
      </w:r>
    </w:p>
    <w:p>
      <w:pPr>
        <w:pStyle w:val="ListNumber"/>
      </w:pPr>
      <w:r>
        <w:t>Change one thing in each example and watch how the answer changes. That is the whole skill.</w:t>
      </w:r>
    </w:p>
    <w:p>
      <w:pPr>
        <w:pStyle w:val="ListNumber"/>
      </w:pPr>
      <w:r>
        <w:t>Save the prompts you like in a personal file. By Chapter 20 you will have your own library.</w:t>
      </w:r>
    </w:p>
    <w:p>
      <w:r>
        <w:br w:type="page"/>
      </w:r>
    </w:p>
    <w:p>
      <w:pPr>
        <w:pStyle w:val="H1Chapter"/>
      </w:pPr>
      <w:r>
        <w:t>Contents</w:t>
      </w:r>
    </w:p>
    <w:p>
      <w:pPr>
        <w:pStyle w:val="HLevel"/>
      </w:pPr>
      <w:r>
        <w:t>Part 1 - The Basics</w:t>
      </w:r>
    </w:p>
    <w:p>
      <w:r>
        <w:t xml:space="preserve"> 1.  What AI Is, and What a 'Script' Really Is</w:t>
      </w:r>
    </w:p>
    <w:p>
      <w:r>
        <w:t xml:space="preserve"> 2.  Your First Script: Just Ask</w:t>
      </w:r>
    </w:p>
    <w:p>
      <w:r>
        <w:t xml:space="preserve"> 3.  Be Clear and Specific</w:t>
      </w:r>
    </w:p>
    <w:p>
      <w:r>
        <w:t xml:space="preserve"> 4.  Give Context (Background the AI Cannot Guess)</w:t>
      </w:r>
    </w:p>
    <w:p>
      <w:pPr>
        <w:pStyle w:val="HLevel"/>
      </w:pPr>
      <w:r>
        <w:t>Part 2 - Building Skill</w:t>
      </w:r>
    </w:p>
    <w:p>
      <w:r>
        <w:t xml:space="preserve"> 5.  Give the AI a Role</w:t>
      </w:r>
    </w:p>
    <w:p>
      <w:r>
        <w:t xml:space="preserve"> 6.  Ask for a Specific Format</w:t>
      </w:r>
    </w:p>
    <w:p>
      <w:r>
        <w:t xml:space="preserve"> 7.  Set Length and Tone</w:t>
      </w:r>
    </w:p>
    <w:p>
      <w:r>
        <w:t xml:space="preserve"> 8.  Show an Example (Few-Shot)</w:t>
      </w:r>
    </w:p>
    <w:p>
      <w:r>
        <w:t xml:space="preserve"> 9.  Ask the AI to Think Step by Step</w:t>
      </w:r>
    </w:p>
    <w:p>
      <w:r>
        <w:t>10.  Break a Big Task into Steps</w:t>
      </w:r>
    </w:p>
    <w:p>
      <w:pPr>
        <w:pStyle w:val="HLevel"/>
      </w:pPr>
      <w:r>
        <w:t>Part 3 - Working With Your Own Material</w:t>
      </w:r>
    </w:p>
    <w:p>
      <w:r>
        <w:t>11.  Give the AI Your Own Text to Work On</w:t>
      </w:r>
    </w:p>
    <w:p>
      <w:r>
        <w:t>12.  Iterate: Improve the Answer with Follow-Ups</w:t>
      </w:r>
    </w:p>
    <w:p>
      <w:r>
        <w:t>13.  Set Rules and Constraints (Do's and Don'ts)</w:t>
      </w:r>
    </w:p>
    <w:p>
      <w:r>
        <w:t>14.  Build a Reusable Script (Template)</w:t>
      </w:r>
    </w:p>
    <w:p>
      <w:pPr>
        <w:pStyle w:val="HLevel"/>
      </w:pPr>
      <w:r>
        <w:t>Part 4 - Getting It Right</w:t>
      </w:r>
    </w:p>
    <w:p>
      <w:r>
        <w:t>15.  Avoid the Common Mistakes</w:t>
      </w:r>
    </w:p>
    <w:p>
      <w:r>
        <w:t>16.  Check the Answer: Verify Before You Trust</w:t>
      </w:r>
    </w:p>
    <w:p>
      <w:r>
        <w:t>17.  Prompting for Code and Technical Help</w:t>
      </w:r>
    </w:p>
    <w:p>
      <w:pPr>
        <w:pStyle w:val="HLevel"/>
      </w:pPr>
      <w:r>
        <w:t>Part 5 - Advanced Scripts</w:t>
      </w:r>
    </w:p>
    <w:p>
      <w:r>
        <w:t>18.  Hold a Conversation: Multi-Turn Prompting</w:t>
      </w:r>
    </w:p>
    <w:p>
      <w:r>
        <w:t>19.  The Complete Script: Combine Everything</w:t>
      </w:r>
    </w:p>
    <w:p>
      <w:r>
        <w:t>20.  Your Prompt Library and Responsible Use</w:t>
      </w:r>
    </w:p>
    <w:p>
      <w:r>
        <w:br w:type="page"/>
      </w:r>
    </w:p>
    <w:p>
      <w:pPr>
        <w:pStyle w:val="HLevel"/>
      </w:pPr>
      <w:r>
        <w:t>Part 1 - The Basics</w:t>
      </w:r>
    </w:p>
    <w:p>
      <w:pPr>
        <w:pStyle w:val="Heading1"/>
        <w:spacing w:after="80"/>
      </w:pPr>
      <w:r>
        <w:rPr>
          <w:rFonts w:ascii="Georgia" w:hAnsi="Georgia"/>
          <w:color w:val="16241C"/>
          <w:sz w:val="36"/>
        </w:rPr>
        <w:t>Chapter 1: What AI Is, and What a 'Script' Really Is</w:t>
      </w:r>
    </w:p>
    <w:p>
      <w:pPr>
        <w:shd w:val="clear" w:fill="E7F5EC"/>
      </w:pPr>
      <w:r>
        <w:rPr>
          <w:b/>
          <w:color w:val="156A45"/>
        </w:rPr>
        <w:t xml:space="preserve">Goal: </w:t>
      </w:r>
      <w:r>
        <w:t>Understand what an AI chat tool does and why the message you send matters so much.</w:t>
      </w:r>
    </w:p>
    <w:p>
      <w:r>
        <w:t>An AI chat tool is a program that predicts helpful text in response to your message. It has read an enormous amount of writing, so it is good at language: explaining, drafting, summarising, rewriting and answering questions.</w:t>
      </w:r>
    </w:p>
    <w:p>
      <w:r>
        <w:t>It is not a search engine and it is not a person. It does not truly 'know' you, it cannot see your screen, and it only responds to the exact words you send. Think of it as a very fast, very well-read assistant who is brilliant but extremely literal and has no memory of you beyond this conversation.</w:t>
      </w:r>
    </w:p>
    <w:p>
      <w:r>
        <w:t>Your message is called a prompt. Because a good prompt can be saved and reused, we call it a script. Learning to write good scripts is the entire point of this course.</w:t>
      </w:r>
    </w:p>
    <w:p>
      <w:pPr>
        <w:pStyle w:val="HSub"/>
      </w:pPr>
      <w:r>
        <w:t>The Script (Template)</w:t>
      </w:r>
    </w:p>
    <w:p>
      <w:pPr>
        <w:pStyle w:val="Mono"/>
        <w:shd w:val="clear" w:fill="E4F5EA"/>
      </w:pPr>
      <w:r>
        <w:t>[Just write a normal, clear sentence asking for what you want.]</w:t>
      </w:r>
    </w:p>
    <w:p>
      <w:pPr>
        <w:pStyle w:val="HSub"/>
      </w:pPr>
      <w:r>
        <w:t>Worked Example</w:t>
      </w:r>
    </w:p>
    <w:p>
      <w:pPr>
        <w:pStyle w:val="HLabelYou"/>
      </w:pPr>
      <w:r>
        <w:t>You write:</w:t>
      </w:r>
    </w:p>
    <w:p>
      <w:pPr>
        <w:pStyle w:val="Mono"/>
        <w:shd w:val="clear" w:fill="E4F5EA"/>
      </w:pPr>
      <w:r>
        <w:t>What is a prompt in AI, explained in two sentences for a beginner?</w:t>
      </w:r>
    </w:p>
    <w:p>
      <w:pPr>
        <w:pStyle w:val="HLabelAI"/>
      </w:pPr>
      <w:r>
        <w:t>AI replies (sample):</w:t>
      </w:r>
    </w:p>
    <w:p>
      <w:pPr>
        <w:pStyle w:val="Mono"/>
        <w:shd w:val="clear" w:fill="F0F3F5"/>
      </w:pPr>
      <w:r>
        <w:t>A prompt is the message you type to an AI tool telling it what you want it to do. The clearer and more specific your prompt, the more useful the AI's answer will be.</w:t>
      </w:r>
    </w:p>
    <w:p>
      <w:pPr>
        <w:pStyle w:val="HLabelWhy"/>
      </w:pPr>
      <w:r>
        <w:t>Why it works:</w:t>
      </w:r>
    </w:p>
    <w:p>
      <w:r>
        <w:t>The request was clear and told the AI exactly who it was for (a beginner) and the length (two sentences). Clear in, clear out.</w:t>
      </w:r>
    </w:p>
    <w:p>
      <w:pPr>
        <w:pStyle w:val="HSub"/>
      </w:pPr>
      <w:r>
        <w:t>Tips</w:t>
      </w:r>
    </w:p>
    <w:p>
      <w:pPr>
        <w:pStyle w:val="ListBullet"/>
      </w:pPr>
      <w:r>
        <w:t>The AI only knows what is in your message plus what it learned during training.</w:t>
      </w:r>
    </w:p>
    <w:p>
      <w:pPr>
        <w:pStyle w:val="ListBullet"/>
      </w:pPr>
      <w:r>
        <w:t>It cannot see files, screens or links unless you paste the content into the chat.</w:t>
      </w:r>
    </w:p>
    <w:p>
      <w:pPr>
        <w:pStyle w:val="ListBullet"/>
      </w:pPr>
      <w:r>
        <w:t>A fresh chat starts with no memory of earlier chats.</w:t>
      </w:r>
    </w:p>
    <w:p>
      <w:pPr>
        <w:pStyle w:val="HSub"/>
      </w:pPr>
      <w:r>
        <w:t>Common Mistakes</w:t>
      </w:r>
    </w:p>
    <w:p>
      <w:pPr>
        <w:pStyle w:val="ListBullet"/>
      </w:pPr>
      <w:r>
        <w:t>Assuming the AI can see something you are looking at. If it matters, paste it in.</w:t>
      </w:r>
    </w:p>
    <w:p>
      <w:pPr>
        <w:pStyle w:val="ListBullet"/>
      </w:pPr>
      <w:r>
        <w:t>Treating it as a fact database. It can be confident and wrong; you must verify (Chapter 16).</w:t>
      </w:r>
    </w:p>
    <w:p>
      <w:pPr>
        <w:pStyle w:val="HSub"/>
      </w:pPr>
      <w:r>
        <w:t>Practice</w:t>
      </w:r>
    </w:p>
    <w:p>
      <w:pPr>
        <w:pStyle w:val="ListNumber"/>
      </w:pPr>
      <w:r>
        <w:t>Open an AI chat and ask it to describe itself in one sentence.</w:t>
      </w:r>
    </w:p>
    <w:p>
      <w:pPr>
        <w:pStyle w:val="ListNumber"/>
      </w:pPr>
      <w:r>
        <w:t>Ask the same question two different ways and compare the answers.</w:t>
      </w:r>
    </w:p>
    <w:p>
      <w:r>
        <w:br w:type="page"/>
      </w:r>
    </w:p>
    <w:p>
      <w:pPr>
        <w:pStyle w:val="HLevel"/>
      </w:pPr>
      <w:r>
        <w:t>Part 1 - The Basics</w:t>
      </w:r>
    </w:p>
    <w:p>
      <w:pPr>
        <w:pStyle w:val="Heading1"/>
        <w:spacing w:after="80"/>
      </w:pPr>
      <w:r>
        <w:rPr>
          <w:rFonts w:ascii="Georgia" w:hAnsi="Georgia"/>
          <w:color w:val="16241C"/>
          <w:sz w:val="36"/>
        </w:rPr>
        <w:t>Chapter 2: Your First Script: Just Ask</w:t>
      </w:r>
    </w:p>
    <w:p>
      <w:pPr>
        <w:shd w:val="clear" w:fill="E7F5EC"/>
      </w:pPr>
      <w:r>
        <w:rPr>
          <w:b/>
          <w:color w:val="156A45"/>
        </w:rPr>
        <w:t xml:space="preserve">Goal: </w:t>
      </w:r>
      <w:r>
        <w:t>Send a working prompt and get a useful answer with the least possible effort.</w:t>
      </w:r>
    </w:p>
    <w:p>
      <w:r>
        <w:t>You do not need magic words. The simplest script is a plain request written the way you would ask a knowledgeable friend. Start here every time, then improve only if the answer is not good enough.</w:t>
      </w:r>
    </w:p>
    <w:p>
      <w:r>
        <w:t>A useful first prompt names the TASK (what to do) and the TOPIC (what it is about). That alone already beats a vague one-word message.</w:t>
      </w:r>
    </w:p>
    <w:p>
      <w:pPr>
        <w:pStyle w:val="HSub"/>
      </w:pPr>
      <w:r>
        <w:t>The Script (Template)</w:t>
      </w:r>
    </w:p>
    <w:p>
      <w:pPr>
        <w:pStyle w:val="Mono"/>
        <w:shd w:val="clear" w:fill="E4F5EA"/>
      </w:pPr>
      <w:r>
        <w:t>[Do this task] about [this topic].</w:t>
      </w:r>
    </w:p>
    <w:p>
      <w:pPr>
        <w:pStyle w:val="HSub"/>
      </w:pPr>
      <w:r>
        <w:t>Worked Example</w:t>
      </w:r>
    </w:p>
    <w:p>
      <w:pPr>
        <w:pStyle w:val="HLabelYou"/>
      </w:pPr>
      <w:r>
        <w:t>You write:</w:t>
      </w:r>
    </w:p>
    <w:p>
      <w:pPr>
        <w:pStyle w:val="Mono"/>
        <w:shd w:val="clear" w:fill="E4F5EA"/>
      </w:pPr>
      <w:r>
        <w:t>Explain how a rainbow forms, for someone with no science background.</w:t>
      </w:r>
    </w:p>
    <w:p>
      <w:pPr>
        <w:pStyle w:val="HLabelAI"/>
      </w:pPr>
      <w:r>
        <w:t>AI replies (sample):</w:t>
      </w:r>
    </w:p>
    <w:p>
      <w:pPr>
        <w:pStyle w:val="Mono"/>
        <w:shd w:val="clear" w:fill="F0F3F5"/>
      </w:pPr>
      <w:r>
        <w:t>Sunlight looks white but is actually made of many colours mixed together. When sunlight passes into a raindrop, the drop bends the light and splits it into its colours, then reflects them back to you. Millions of drops doing this at once form the arc of colours you see as a rainbow.</w:t>
      </w:r>
    </w:p>
    <w:p>
      <w:pPr>
        <w:pStyle w:val="HLabelWhy"/>
      </w:pPr>
      <w:r>
        <w:t>Why it works:</w:t>
      </w:r>
    </w:p>
    <w:p>
      <w:r>
        <w:t>'Explain' is the task, 'how a rainbow forms' is the topic, and 'no science background' tells the AI the right level. Three small choices, a clear answer.</w:t>
      </w:r>
    </w:p>
    <w:p>
      <w:pPr>
        <w:pStyle w:val="HSub"/>
      </w:pPr>
      <w:r>
        <w:t>Tips</w:t>
      </w:r>
    </w:p>
    <w:p>
      <w:pPr>
        <w:pStyle w:val="ListBullet"/>
      </w:pPr>
      <w:r>
        <w:t>Start with a verb: explain, summarise, list, write, compare, translate, fix.</w:t>
      </w:r>
    </w:p>
    <w:p>
      <w:pPr>
        <w:pStyle w:val="ListBullet"/>
      </w:pPr>
      <w:r>
        <w:t>If the first answer is close but not perfect, do not restart - just refine it (Chapter 12).</w:t>
      </w:r>
    </w:p>
    <w:p>
      <w:pPr>
        <w:pStyle w:val="HSub"/>
      </w:pPr>
      <w:r>
        <w:t>Common Mistakes</w:t>
      </w:r>
    </w:p>
    <w:p>
      <w:pPr>
        <w:pStyle w:val="ListBullet"/>
      </w:pPr>
      <w:r>
        <w:t>One-word prompts like 'rainbows' - the AI has to guess what you want.</w:t>
      </w:r>
    </w:p>
    <w:p>
      <w:pPr>
        <w:pStyle w:val="ListBullet"/>
      </w:pPr>
      <w:r>
        <w:t>Asking for five things in one breath before you have the basics.</w:t>
      </w:r>
    </w:p>
    <w:p>
      <w:pPr>
        <w:pStyle w:val="HSub"/>
      </w:pPr>
      <w:r>
        <w:t>Practice</w:t>
      </w:r>
    </w:p>
    <w:p>
      <w:pPr>
        <w:pStyle w:val="ListNumber"/>
      </w:pPr>
      <w:r>
        <w:t>Write a one-line prompt using a strong verb + a topic, and run it.</w:t>
      </w:r>
    </w:p>
    <w:p>
      <w:pPr>
        <w:pStyle w:val="ListNumber"/>
      </w:pPr>
      <w:r>
        <w:t>Take a boring one-word prompt and rewrite it as a proper task + topic request.</w:t>
      </w:r>
    </w:p>
    <w:p>
      <w:r>
        <w:br w:type="page"/>
      </w:r>
    </w:p>
    <w:p>
      <w:pPr>
        <w:pStyle w:val="HLevel"/>
      </w:pPr>
      <w:r>
        <w:t>Part 1 - The Basics</w:t>
      </w:r>
    </w:p>
    <w:p>
      <w:pPr>
        <w:pStyle w:val="Heading1"/>
        <w:spacing w:after="80"/>
      </w:pPr>
      <w:r>
        <w:rPr>
          <w:rFonts w:ascii="Georgia" w:hAnsi="Georgia"/>
          <w:color w:val="16241C"/>
          <w:sz w:val="36"/>
        </w:rPr>
        <w:t>Chapter 3: Be Clear and Specific</w:t>
      </w:r>
    </w:p>
    <w:p>
      <w:pPr>
        <w:shd w:val="clear" w:fill="E7F5EC"/>
      </w:pPr>
      <w:r>
        <w:rPr>
          <w:b/>
          <w:color w:val="156A45"/>
        </w:rPr>
        <w:t xml:space="preserve">Goal: </w:t>
      </w:r>
      <w:r>
        <w:t>Remove guesswork from your prompt so the AI does not have to assume.</w:t>
      </w:r>
    </w:p>
    <w:p>
      <w:r>
        <w:t>Most weak answers come from vague prompts. The AI fills any gap you leave with an assumption, and its assumption may not match yours. Specific prompts close those gaps.</w:t>
      </w:r>
    </w:p>
    <w:p>
      <w:r>
        <w:t>Specific means naming the details that matter: who it is for, how long, which aspect, what to include or leave out. You are not being bossy; you are saving a round of back-and-forth.</w:t>
      </w:r>
    </w:p>
    <w:p>
      <w:pPr>
        <w:pStyle w:val="HSub"/>
      </w:pPr>
      <w:r>
        <w:t>The Script (Template)</w:t>
      </w:r>
    </w:p>
    <w:p>
      <w:pPr>
        <w:pStyle w:val="Mono"/>
        <w:shd w:val="clear" w:fill="E4F5EA"/>
      </w:pPr>
      <w:r>
        <w:t>[Task] about [topic]. Make it [length], for [audience], focusing on [specific aspect].</w:t>
      </w:r>
    </w:p>
    <w:p>
      <w:pPr>
        <w:pStyle w:val="HSub"/>
      </w:pPr>
      <w:r>
        <w:t>Worked Example</w:t>
      </w:r>
    </w:p>
    <w:p>
      <w:pPr>
        <w:pStyle w:val="HLabelYou"/>
      </w:pPr>
      <w:r>
        <w:t>You write:</w:t>
      </w:r>
    </w:p>
    <w:p>
      <w:pPr>
        <w:pStyle w:val="Mono"/>
        <w:shd w:val="clear" w:fill="E4F5EA"/>
      </w:pPr>
      <w:r>
        <w:t>Write advice about saving money. Keep it to 4 bullet points, for a university student on a tight budget, focusing on food and transport only.</w:t>
      </w:r>
    </w:p>
    <w:p>
      <w:pPr>
        <w:pStyle w:val="HLabelAI"/>
      </w:pPr>
      <w:r>
        <w:t>AI replies (sample):</w:t>
      </w:r>
    </w:p>
    <w:p>
      <w:pPr>
        <w:pStyle w:val="Mono"/>
        <w:shd w:val="clear" w:fill="F0F3F5"/>
      </w:pPr>
      <w:r>
        <w:t>- Cook in batches: prepare 3-4 meals at once to cut both cost and takeaway temptation.</w:t>
        <w:br/>
        <w:t>- Buy supermarket own-brand staples; they are often 30-50% cheaper for the same thing.</w:t>
        <w:br/>
        <w:t>- Get a student travel pass instead of paying per trip.</w:t>
        <w:br/>
        <w:t>- Walk or cycle short journeys; it saves fares and gym fees at the same time.</w:t>
      </w:r>
    </w:p>
    <w:p>
      <w:pPr>
        <w:pStyle w:val="HLabelWhy"/>
      </w:pPr>
      <w:r>
        <w:t>Why it works:</w:t>
      </w:r>
    </w:p>
    <w:p>
      <w:r>
        <w:t>The length (4 bullets), audience (broke student) and scope (food and transport) were all pinned down, so the AI could not wander off-topic.</w:t>
      </w:r>
    </w:p>
    <w:p>
      <w:pPr>
        <w:pStyle w:val="HSub"/>
      </w:pPr>
      <w:r>
        <w:t>Tips</w:t>
      </w:r>
    </w:p>
    <w:p>
      <w:pPr>
        <w:pStyle w:val="ListBullet"/>
      </w:pPr>
      <w:r>
        <w:t>If you would need to clarify the request for a human, clarify it for the AI first.</w:t>
      </w:r>
    </w:p>
    <w:p>
      <w:pPr>
        <w:pStyle w:val="ListBullet"/>
      </w:pPr>
      <w:r>
        <w:t>Numbers help: '4 bullet points', 'under 100 words', 'exactly 3 examples'.</w:t>
      </w:r>
    </w:p>
    <w:p>
      <w:pPr>
        <w:pStyle w:val="HSub"/>
      </w:pPr>
      <w:r>
        <w:t>Common Mistakes</w:t>
      </w:r>
    </w:p>
    <w:p>
      <w:pPr>
        <w:pStyle w:val="ListBullet"/>
      </w:pPr>
      <w:r>
        <w:t>Vague scope: 'saving money' could mean tax, investing, coupons - which did you mean?</w:t>
      </w:r>
    </w:p>
    <w:p>
      <w:pPr>
        <w:pStyle w:val="ListBullet"/>
      </w:pPr>
      <w:r>
        <w:t>Hidden assumptions: you pictured a student; the AI pictured a retiree.</w:t>
      </w:r>
    </w:p>
    <w:p>
      <w:pPr>
        <w:pStyle w:val="HSub"/>
      </w:pPr>
      <w:r>
        <w:t>Practice</w:t>
      </w:r>
    </w:p>
    <w:p>
      <w:pPr>
        <w:pStyle w:val="ListNumber"/>
      </w:pPr>
      <w:r>
        <w:t>Take yesterday's vague prompt and add audience, length and focus.</w:t>
      </w:r>
    </w:p>
    <w:p>
      <w:pPr>
        <w:pStyle w:val="ListNumber"/>
      </w:pPr>
      <w:r>
        <w:t>Write two versions of one prompt - one vague, one specific - and compare answers.</w:t>
      </w:r>
    </w:p>
    <w:p>
      <w:r>
        <w:br w:type="page"/>
      </w:r>
    </w:p>
    <w:p>
      <w:pPr>
        <w:pStyle w:val="HLevel"/>
      </w:pPr>
      <w:r>
        <w:t>Part 1 - The Basics</w:t>
      </w:r>
    </w:p>
    <w:p>
      <w:pPr>
        <w:pStyle w:val="Heading1"/>
        <w:spacing w:after="80"/>
      </w:pPr>
      <w:r>
        <w:rPr>
          <w:rFonts w:ascii="Georgia" w:hAnsi="Georgia"/>
          <w:color w:val="16241C"/>
          <w:sz w:val="36"/>
        </w:rPr>
        <w:t>Chapter 4: Give Context (Background the AI Cannot Guess)</w:t>
      </w:r>
    </w:p>
    <w:p>
      <w:pPr>
        <w:shd w:val="clear" w:fill="E7F5EC"/>
      </w:pPr>
      <w:r>
        <w:rPr>
          <w:b/>
          <w:color w:val="156A45"/>
        </w:rPr>
        <w:t xml:space="preserve">Goal: </w:t>
      </w:r>
      <w:r>
        <w:t>Supply the facts about your situation that change the answer.</w:t>
      </w:r>
    </w:p>
    <w:p>
      <w:r>
        <w:t>The AI does not know your situation unless you tell it. Context is the background that makes the answer fit YOU: your goal, your constraints, what you have already tried, and any facts unique to your case.</w:t>
      </w:r>
    </w:p>
    <w:p>
      <w:r>
        <w:t>Good context is the difference between generic advice and advice you can actually use. A sentence or two of setup often improves the answer more than anything else.</w:t>
      </w:r>
    </w:p>
    <w:p>
      <w:pPr>
        <w:pStyle w:val="HSub"/>
      </w:pPr>
      <w:r>
        <w:t>The Script (Template)</w:t>
      </w:r>
    </w:p>
    <w:p>
      <w:pPr>
        <w:pStyle w:val="Mono"/>
        <w:shd w:val="clear" w:fill="E4F5EA"/>
      </w:pPr>
      <w:r>
        <w:t xml:space="preserve">Context: [your situation and constraints]. Task: [what you want]. </w:t>
      </w:r>
    </w:p>
    <w:p>
      <w:pPr>
        <w:pStyle w:val="HSub"/>
      </w:pPr>
      <w:r>
        <w:t>Worked Example</w:t>
      </w:r>
    </w:p>
    <w:p>
      <w:pPr>
        <w:pStyle w:val="HLabelYou"/>
      </w:pPr>
      <w:r>
        <w:t>You write:</w:t>
      </w:r>
    </w:p>
    <w:p>
      <w:pPr>
        <w:pStyle w:val="Mono"/>
        <w:shd w:val="clear" w:fill="E4F5EA"/>
      </w:pPr>
      <w:r>
        <w:t>Context: I am a second-year biology student. I have a 10-minute presentation tomorrow on photosynthesis and I get very nervous. I have already made the slides. Task: Give me a 5-step plan to rehearse tonight.</w:t>
      </w:r>
    </w:p>
    <w:p>
      <w:pPr>
        <w:pStyle w:val="HLabelAI"/>
      </w:pPr>
      <w:r>
        <w:t>AI replies (sample):</w:t>
      </w:r>
    </w:p>
    <w:p>
      <w:pPr>
        <w:pStyle w:val="Mono"/>
        <w:shd w:val="clear" w:fill="F0F3F5"/>
      </w:pPr>
      <w:r>
        <w:t>1. Read your slides aloud once, start to finish, without stopping to fix things.</w:t>
        <w:br/>
        <w:t>2. Time that run; trim content if you went over 10 minutes.</w:t>
        <w:br/>
        <w:t>3. Rehearse again, this time standing and speaking to an imaginary audience.</w:t>
        <w:br/>
        <w:t>4. Practise only your opening and closing three more times - strong bookends calm nerves.</w:t>
        <w:br/>
        <w:t>5. Do one final relaxed run before bed, then stop; sleep locks it in.</w:t>
      </w:r>
    </w:p>
    <w:p>
      <w:pPr>
        <w:pStyle w:val="HLabelWhy"/>
      </w:pPr>
      <w:r>
        <w:t>Why it works:</w:t>
      </w:r>
    </w:p>
    <w:p>
      <w:r>
        <w:t>Because the AI knew the deadline, the topic, the fear and that slides were done, the plan was realistic and rehearsal-focused instead of generic 'how to present' tips.</w:t>
      </w:r>
    </w:p>
    <w:p>
      <w:pPr>
        <w:pStyle w:val="HSub"/>
      </w:pPr>
      <w:r>
        <w:t>Tips</w:t>
      </w:r>
    </w:p>
    <w:p>
      <w:pPr>
        <w:pStyle w:val="ListBullet"/>
      </w:pPr>
      <w:r>
        <w:t>Answer the AI's likely questions before it has to ask them.</w:t>
      </w:r>
    </w:p>
    <w:p>
      <w:pPr>
        <w:pStyle w:val="ListBullet"/>
      </w:pPr>
      <w:r>
        <w:t>Include constraints (time, budget, tools, rules) - they shape the whole answer.</w:t>
      </w:r>
    </w:p>
    <w:p>
      <w:pPr>
        <w:pStyle w:val="HSub"/>
      </w:pPr>
      <w:r>
        <w:t>Common Mistakes</w:t>
      </w:r>
    </w:p>
    <w:p>
      <w:pPr>
        <w:pStyle w:val="ListBullet"/>
      </w:pPr>
      <w:r>
        <w:t>Leaving out the deadline or constraint that actually decides the advice.</w:t>
      </w:r>
    </w:p>
    <w:p>
      <w:pPr>
        <w:pStyle w:val="ListBullet"/>
      </w:pPr>
      <w:r>
        <w:t>Dumping irrelevant context; include what changes the answer, not your life story.</w:t>
      </w:r>
    </w:p>
    <w:p>
      <w:pPr>
        <w:pStyle w:val="HSub"/>
      </w:pPr>
      <w:r>
        <w:t>Practice</w:t>
      </w:r>
    </w:p>
    <w:p>
      <w:pPr>
        <w:pStyle w:val="ListNumber"/>
      </w:pPr>
      <w:r>
        <w:t>Rewrite a past prompt adding two lines of context about your real situation.</w:t>
      </w:r>
    </w:p>
    <w:p>
      <w:pPr>
        <w:pStyle w:val="ListNumber"/>
      </w:pPr>
      <w:r>
        <w:t>Ask for advice on a real task, once without context and once with; compare usefulness.</w:t>
      </w:r>
    </w:p>
    <w:p>
      <w:r>
        <w:br w:type="page"/>
      </w:r>
    </w:p>
    <w:p>
      <w:pPr>
        <w:pStyle w:val="HLevel"/>
      </w:pPr>
      <w:r>
        <w:t>Part 2 - Building Skill</w:t>
      </w:r>
    </w:p>
    <w:p>
      <w:pPr>
        <w:pStyle w:val="Heading1"/>
        <w:spacing w:after="80"/>
      </w:pPr>
      <w:r>
        <w:rPr>
          <w:rFonts w:ascii="Georgia" w:hAnsi="Georgia"/>
          <w:color w:val="16241C"/>
          <w:sz w:val="36"/>
        </w:rPr>
        <w:t>Chapter 5: Give the AI a Role</w:t>
      </w:r>
    </w:p>
    <w:p>
      <w:pPr>
        <w:shd w:val="clear" w:fill="E7F5EC"/>
      </w:pPr>
      <w:r>
        <w:rPr>
          <w:b/>
          <w:color w:val="156A45"/>
        </w:rPr>
        <w:t xml:space="preserve">Goal: </w:t>
      </w:r>
      <w:r>
        <w:t>Set the AI's perspective and expertise by assigning it a role.</w:t>
      </w:r>
    </w:p>
    <w:p>
      <w:r>
        <w:t>Telling the AI who to be changes the vocabulary, depth and viewpoint of its answer. 'You are a patient tutor' produces gentle explanations; 'You are a strict editor' produces blunt corrections. The role is a shortcut to the tone and expertise you want.</w:t>
      </w:r>
    </w:p>
    <w:p>
      <w:r>
        <w:t>A role works best when paired with the audience. 'You are a doctor explaining to a 10-year-old' sets both the expertise and the level in one line.</w:t>
      </w:r>
    </w:p>
    <w:p>
      <w:pPr>
        <w:pStyle w:val="HSub"/>
      </w:pPr>
      <w:r>
        <w:t>The Script (Template)</w:t>
      </w:r>
    </w:p>
    <w:p>
      <w:pPr>
        <w:pStyle w:val="Mono"/>
        <w:shd w:val="clear" w:fill="E4F5EA"/>
      </w:pPr>
      <w:r>
        <w:t>You are [a role/expert]. [Task] for [audience].</w:t>
      </w:r>
    </w:p>
    <w:p>
      <w:pPr>
        <w:pStyle w:val="HSub"/>
      </w:pPr>
      <w:r>
        <w:t>Worked Example</w:t>
      </w:r>
    </w:p>
    <w:p>
      <w:pPr>
        <w:pStyle w:val="HLabelYou"/>
      </w:pPr>
      <w:r>
        <w:t>You write:</w:t>
      </w:r>
    </w:p>
    <w:p>
      <w:pPr>
        <w:pStyle w:val="Mono"/>
        <w:shd w:val="clear" w:fill="E4F5EA"/>
      </w:pPr>
      <w:r>
        <w:t>You are a friendly personal trainer. Explain to a total beginner how to start running, in 4 short steps, and warn about the most common mistake.</w:t>
      </w:r>
    </w:p>
    <w:p>
      <w:pPr>
        <w:pStyle w:val="HLabelAI"/>
      </w:pPr>
      <w:r>
        <w:t>AI replies (sample):</w:t>
      </w:r>
    </w:p>
    <w:p>
      <w:pPr>
        <w:pStyle w:val="Mono"/>
        <w:shd w:val="clear" w:fill="F0F3F5"/>
      </w:pPr>
      <w:r>
        <w:t>1. Start with a brisk 5-minute walk to warm up.</w:t>
        <w:br/>
        <w:t>2. Alternate 1 minute of easy jogging with 2 minutes of walking, for 20 minutes total.</w:t>
        <w:br/>
        <w:t>3. Do this three times a week, adding a little jogging each week.</w:t>
        <w:br/>
        <w:t>4. Always cool down with a slow walk and gentle stretches.</w:t>
        <w:br/>
        <w:t>Most common mistake: starting too fast and too far, which causes soreness and quitting. Go slower than feels necessary.</w:t>
      </w:r>
    </w:p>
    <w:p>
      <w:pPr>
        <w:pStyle w:val="HLabelWhy"/>
      </w:pPr>
      <w:r>
        <w:t>Why it works:</w:t>
      </w:r>
    </w:p>
    <w:p>
      <w:r>
        <w:t>The 'friendly personal trainer' role set an encouraging tone and practical expertise, while 'total beginner' kept it simple.</w:t>
      </w:r>
    </w:p>
    <w:p>
      <w:pPr>
        <w:pStyle w:val="HSub"/>
      </w:pPr>
      <w:r>
        <w:t>Tips</w:t>
      </w:r>
    </w:p>
    <w:p>
      <w:pPr>
        <w:pStyle w:val="ListBullet"/>
      </w:pPr>
      <w:r>
        <w:t>Combine role + audience + format for strong control in one line.</w:t>
      </w:r>
    </w:p>
    <w:p>
      <w:pPr>
        <w:pStyle w:val="ListBullet"/>
      </w:pPr>
      <w:r>
        <w:t>Swap the role to get a second opinion: 'Now answer as a cautious accountant.'</w:t>
      </w:r>
    </w:p>
    <w:p>
      <w:pPr>
        <w:pStyle w:val="HSub"/>
      </w:pPr>
      <w:r>
        <w:t>Common Mistakes</w:t>
      </w:r>
    </w:p>
    <w:p>
      <w:pPr>
        <w:pStyle w:val="ListBullet"/>
      </w:pPr>
      <w:r>
        <w:t>Giving a role but forgetting the audience, so the level is still off.</w:t>
      </w:r>
    </w:p>
    <w:p>
      <w:pPr>
        <w:pStyle w:val="ListBullet"/>
      </w:pPr>
      <w:r>
        <w:t>Using a fake credential to make answers sound authoritative - it does not add real accuracy.</w:t>
      </w:r>
    </w:p>
    <w:p>
      <w:pPr>
        <w:pStyle w:val="HSub"/>
      </w:pPr>
      <w:r>
        <w:t>Practice</w:t>
      </w:r>
    </w:p>
    <w:p>
      <w:pPr>
        <w:pStyle w:val="ListNumber"/>
      </w:pPr>
      <w:r>
        <w:t>Ask the same question with three different roles and compare the tone.</w:t>
      </w:r>
    </w:p>
    <w:p>
      <w:pPr>
        <w:pStyle w:val="ListNumber"/>
      </w:pPr>
      <w:r>
        <w:t>Write a prompt that combines a role, an audience and a format.</w:t>
      </w:r>
    </w:p>
    <w:p>
      <w:r>
        <w:br w:type="page"/>
      </w:r>
    </w:p>
    <w:p>
      <w:pPr>
        <w:pStyle w:val="HLevel"/>
      </w:pPr>
      <w:r>
        <w:t>Part 2 - Building Skill</w:t>
      </w:r>
    </w:p>
    <w:p>
      <w:pPr>
        <w:pStyle w:val="Heading1"/>
        <w:spacing w:after="80"/>
      </w:pPr>
      <w:r>
        <w:rPr>
          <w:rFonts w:ascii="Georgia" w:hAnsi="Georgia"/>
          <w:color w:val="16241C"/>
          <w:sz w:val="36"/>
        </w:rPr>
        <w:t>Chapter 6: Ask for a Specific Format</w:t>
      </w:r>
    </w:p>
    <w:p>
      <w:pPr>
        <w:shd w:val="clear" w:fill="E7F5EC"/>
      </w:pPr>
      <w:r>
        <w:rPr>
          <w:b/>
          <w:color w:val="156A45"/>
        </w:rPr>
        <w:t xml:space="preserve">Goal: </w:t>
      </w:r>
      <w:r>
        <w:t>Get the answer in the exact shape you can use: list, table, steps, JSON, email.</w:t>
      </w:r>
    </w:p>
    <w:p>
      <w:r>
        <w:t>The AI will happily give you a wall of text if you do not say otherwise. Naming the format makes the answer usable straight away - a table you can scan, steps you can follow, an email you can send.</w:t>
      </w:r>
    </w:p>
    <w:p>
      <w:r>
        <w:t>Formats are also how you make AI output feed into other tools. Ask for a table or for structured data and you can paste it into a spreadsheet or a program.</w:t>
      </w:r>
    </w:p>
    <w:p>
      <w:pPr>
        <w:pStyle w:val="HSub"/>
      </w:pPr>
      <w:r>
        <w:t>The Script (Template)</w:t>
      </w:r>
    </w:p>
    <w:p>
      <w:pPr>
        <w:pStyle w:val="Mono"/>
        <w:shd w:val="clear" w:fill="E4F5EA"/>
      </w:pPr>
      <w:r>
        <w:t>[Task]. Give the answer as [format: a table with columns X and Y / numbered steps / a short email / bullet points].</w:t>
      </w:r>
    </w:p>
    <w:p>
      <w:pPr>
        <w:pStyle w:val="HSub"/>
      </w:pPr>
      <w:r>
        <w:t>Worked Example</w:t>
      </w:r>
    </w:p>
    <w:p>
      <w:pPr>
        <w:pStyle w:val="HLabelYou"/>
      </w:pPr>
      <w:r>
        <w:t>You write:</w:t>
      </w:r>
    </w:p>
    <w:p>
      <w:pPr>
        <w:pStyle w:val="Mono"/>
        <w:shd w:val="clear" w:fill="E4F5EA"/>
      </w:pPr>
      <w:r>
        <w:t>Compare tea and coffee for a health-conscious reader. Give the answer as a table with three columns: Drink, Main Benefit, One Downside. Keep each cell under 8 words.</w:t>
      </w:r>
    </w:p>
    <w:p>
      <w:pPr>
        <w:pStyle w:val="HLabelAI"/>
      </w:pPr>
      <w:r>
        <w:t>AI replies (sample):</w:t>
      </w:r>
    </w:p>
    <w:p>
      <w:pPr>
        <w:pStyle w:val="Mono"/>
        <w:shd w:val="clear" w:fill="F0F3F5"/>
      </w:pPr>
      <w:r>
        <w:t>| Drink  | Main Benefit                    | One Downside                 |</w:t>
        <w:br/>
        <w:t>|--------|---------------------------------|------------------------------|</w:t>
        <w:br/>
        <w:t>| Tea    | Gentle, steady energy lift      | Less caffeine if you need it |</w:t>
        <w:br/>
        <w:t>| Coffee | Strong alertness boost          | Can disturb sleep            |</w:t>
      </w:r>
    </w:p>
    <w:p>
      <w:pPr>
        <w:pStyle w:val="HLabelWhy"/>
      </w:pPr>
      <w:r>
        <w:t>Why it works:</w:t>
      </w:r>
    </w:p>
    <w:p>
      <w:r>
        <w:t>Naming the columns and the word limit produced a tidy, scannable table instead of two long paragraphs.</w:t>
      </w:r>
    </w:p>
    <w:p>
      <w:pPr>
        <w:pStyle w:val="HSub"/>
      </w:pPr>
      <w:r>
        <w:t>Tips</w:t>
      </w:r>
    </w:p>
    <w:p>
      <w:pPr>
        <w:pStyle w:val="ListBullet"/>
      </w:pPr>
      <w:r>
        <w:t>Name the columns for tables, and the fields for structured data.</w:t>
      </w:r>
    </w:p>
    <w:p>
      <w:pPr>
        <w:pStyle w:val="ListBullet"/>
      </w:pPr>
      <w:r>
        <w:t>Ask for 'just the code' or 'just the table, no explanation' when you want it clean.</w:t>
      </w:r>
    </w:p>
    <w:p>
      <w:pPr>
        <w:pStyle w:val="HSub"/>
      </w:pPr>
      <w:r>
        <w:t>Common Mistakes</w:t>
      </w:r>
    </w:p>
    <w:p>
      <w:pPr>
        <w:pStyle w:val="ListBullet"/>
      </w:pPr>
      <w:r>
        <w:t>Asking for a table but not saying what the columns are.</w:t>
      </w:r>
    </w:p>
    <w:p>
      <w:pPr>
        <w:pStyle w:val="ListBullet"/>
      </w:pPr>
      <w:r>
        <w:t>Requesting a format the content does not fit (a table for a story).</w:t>
      </w:r>
    </w:p>
    <w:p>
      <w:pPr>
        <w:pStyle w:val="HSub"/>
      </w:pPr>
      <w:r>
        <w:t>Practice</w:t>
      </w:r>
    </w:p>
    <w:p>
      <w:pPr>
        <w:pStyle w:val="ListNumber"/>
      </w:pPr>
      <w:r>
        <w:t>Turn a paragraph answer into a table by re-asking with column names.</w:t>
      </w:r>
    </w:p>
    <w:p>
      <w:pPr>
        <w:pStyle w:val="ListNumber"/>
      </w:pPr>
      <w:r>
        <w:t>Ask for the same information as steps, then as bullets; note which suits it better.</w:t>
      </w:r>
    </w:p>
    <w:p>
      <w:r>
        <w:br w:type="page"/>
      </w:r>
    </w:p>
    <w:p>
      <w:pPr>
        <w:pStyle w:val="HLevel"/>
      </w:pPr>
      <w:r>
        <w:t>Part 2 - Building Skill</w:t>
      </w:r>
    </w:p>
    <w:p>
      <w:pPr>
        <w:pStyle w:val="Heading1"/>
        <w:spacing w:after="80"/>
      </w:pPr>
      <w:r>
        <w:rPr>
          <w:rFonts w:ascii="Georgia" w:hAnsi="Georgia"/>
          <w:color w:val="16241C"/>
          <w:sz w:val="36"/>
        </w:rPr>
        <w:t>Chapter 7: Set Length and Tone</w:t>
      </w:r>
    </w:p>
    <w:p>
      <w:pPr>
        <w:shd w:val="clear" w:fill="E7F5EC"/>
      </w:pPr>
      <w:r>
        <w:rPr>
          <w:b/>
          <w:color w:val="156A45"/>
        </w:rPr>
        <w:t xml:space="preserve">Goal: </w:t>
      </w:r>
      <w:r>
        <w:t>Control how long and how formal the answer is.</w:t>
      </w:r>
    </w:p>
    <w:p>
      <w:r>
        <w:t>Length and tone are two dials you can set explicitly. Without them, the AI picks a default that is often too long and too neutral. State the length in concrete terms and describe the tone you want.</w:t>
      </w:r>
    </w:p>
    <w:p>
      <w:r>
        <w:t>Concrete length beats vague length: 'in 50 words' or 'in 3 sentences' works better than 'briefly'. For tone, name it: friendly, formal, playful, reassuring, direct.</w:t>
      </w:r>
    </w:p>
    <w:p>
      <w:pPr>
        <w:pStyle w:val="HSub"/>
      </w:pPr>
      <w:r>
        <w:t>The Script (Template)</w:t>
      </w:r>
    </w:p>
    <w:p>
      <w:pPr>
        <w:pStyle w:val="Mono"/>
        <w:shd w:val="clear" w:fill="E4F5EA"/>
      </w:pPr>
      <w:r>
        <w:t>[Task]. Length: [about N words / N sentences]. Tone: [friendly / formal / playful].</w:t>
      </w:r>
    </w:p>
    <w:p>
      <w:pPr>
        <w:pStyle w:val="HSub"/>
      </w:pPr>
      <w:r>
        <w:t>Worked Example</w:t>
      </w:r>
    </w:p>
    <w:p>
      <w:pPr>
        <w:pStyle w:val="HLabelYou"/>
      </w:pPr>
      <w:r>
        <w:t>You write:</w:t>
      </w:r>
    </w:p>
    <w:p>
      <w:pPr>
        <w:pStyle w:val="Mono"/>
        <w:shd w:val="clear" w:fill="E4F5EA"/>
      </w:pPr>
      <w:r>
        <w:t>Write a message telling a friend I'll be 20 minutes late. Length: 2 sentences. Tone: warm and relaxed, not apologetic or dramatic.</w:t>
      </w:r>
    </w:p>
    <w:p>
      <w:pPr>
        <w:pStyle w:val="HLabelAI"/>
      </w:pPr>
      <w:r>
        <w:t>AI replies (sample):</w:t>
      </w:r>
    </w:p>
    <w:p>
      <w:pPr>
        <w:pStyle w:val="Mono"/>
        <w:shd w:val="clear" w:fill="F0F3F5"/>
      </w:pPr>
      <w:r>
        <w:t>Hey! Running about 20 minutes behind - grab us a table and order me whatever looks good. See you soon!</w:t>
      </w:r>
    </w:p>
    <w:p>
      <w:pPr>
        <w:pStyle w:val="HLabelWhy"/>
      </w:pPr>
      <w:r>
        <w:t>Why it works:</w:t>
      </w:r>
    </w:p>
    <w:p>
      <w:r>
        <w:t>The 2-sentence limit kept it short and the 'warm, not apologetic' tone stopped the AI from over-apologising, which is its common default.</w:t>
      </w:r>
    </w:p>
    <w:p>
      <w:pPr>
        <w:pStyle w:val="HSub"/>
      </w:pPr>
      <w:r>
        <w:t>Tips</w:t>
      </w:r>
    </w:p>
    <w:p>
      <w:pPr>
        <w:pStyle w:val="ListBullet"/>
      </w:pPr>
      <w:r>
        <w:t>Use word or sentence counts, not 'short' or 'long'.</w:t>
      </w:r>
    </w:p>
    <w:p>
      <w:pPr>
        <w:pStyle w:val="ListBullet"/>
      </w:pPr>
      <w:r>
        <w:t>If an answer is too long, reply 'Cut it in half' instead of rewriting your prompt.</w:t>
      </w:r>
    </w:p>
    <w:p>
      <w:pPr>
        <w:pStyle w:val="HSub"/>
      </w:pPr>
      <w:r>
        <w:t>Common Mistakes</w:t>
      </w:r>
    </w:p>
    <w:p>
      <w:pPr>
        <w:pStyle w:val="ListBullet"/>
      </w:pPr>
      <w:r>
        <w:t>Saying 'briefly' and being surprised by four paragraphs.</w:t>
      </w:r>
    </w:p>
    <w:p>
      <w:pPr>
        <w:pStyle w:val="ListBullet"/>
      </w:pPr>
      <w:r>
        <w:t>Forgetting tone for messages to real people, so they sound robotic.</w:t>
      </w:r>
    </w:p>
    <w:p>
      <w:pPr>
        <w:pStyle w:val="HSub"/>
      </w:pPr>
      <w:r>
        <w:t>Practice</w:t>
      </w:r>
    </w:p>
    <w:p>
      <w:pPr>
        <w:pStyle w:val="ListNumber"/>
      </w:pPr>
      <w:r>
        <w:t>Take one answer and re-request it at three lengths: 1 sentence, 50 words, 200 words.</w:t>
      </w:r>
    </w:p>
    <w:p>
      <w:pPr>
        <w:pStyle w:val="ListNumber"/>
      </w:pPr>
      <w:r>
        <w:t>Write one message in a formal tone and the same in a playful tone.</w:t>
      </w:r>
    </w:p>
    <w:p>
      <w:r>
        <w:br w:type="page"/>
      </w:r>
    </w:p>
    <w:p>
      <w:pPr>
        <w:pStyle w:val="HLevel"/>
      </w:pPr>
      <w:r>
        <w:t>Part 2 - Building Skill</w:t>
      </w:r>
    </w:p>
    <w:p>
      <w:pPr>
        <w:pStyle w:val="Heading1"/>
        <w:spacing w:after="80"/>
      </w:pPr>
      <w:r>
        <w:rPr>
          <w:rFonts w:ascii="Georgia" w:hAnsi="Georgia"/>
          <w:color w:val="16241C"/>
          <w:sz w:val="36"/>
        </w:rPr>
        <w:t>Chapter 8: Show an Example (Few-Shot)</w:t>
      </w:r>
    </w:p>
    <w:p>
      <w:pPr>
        <w:shd w:val="clear" w:fill="E7F5EC"/>
      </w:pPr>
      <w:r>
        <w:rPr>
          <w:b/>
          <w:color w:val="156A45"/>
        </w:rPr>
        <w:t xml:space="preserve">Goal: </w:t>
      </w:r>
      <w:r>
        <w:t>Steer style and structure by showing one example of what you want.</w:t>
      </w:r>
    </w:p>
    <w:p>
      <w:r>
        <w:t>Sometimes it is hard to describe the output you want, but easy to show it. Giving the AI one or two examples of the pattern - called few-shot prompting - is often the fastest way to get a consistent style.</w:t>
      </w:r>
    </w:p>
    <w:p>
      <w:r>
        <w:t>The AI copies the shape of your example: the format, the tone, the level of detail. This is powerful for repetitive tasks where every item should look the same.</w:t>
      </w:r>
    </w:p>
    <w:p>
      <w:pPr>
        <w:pStyle w:val="HSub"/>
      </w:pPr>
      <w:r>
        <w:t>The Script (Template)</w:t>
      </w:r>
    </w:p>
    <w:p>
      <w:pPr>
        <w:pStyle w:val="Mono"/>
        <w:shd w:val="clear" w:fill="E4F5EA"/>
      </w:pPr>
      <w:r>
        <w:t>Here is an example of what I want:</w:t>
        <w:br/>
        <w:t>[your example]</w:t>
        <w:br/>
        <w:t>Now do the same for: [new input].</w:t>
      </w:r>
    </w:p>
    <w:p>
      <w:pPr>
        <w:pStyle w:val="HSub"/>
      </w:pPr>
      <w:r>
        <w:t>Worked Example</w:t>
      </w:r>
    </w:p>
    <w:p>
      <w:pPr>
        <w:pStyle w:val="HLabelYou"/>
      </w:pPr>
      <w:r>
        <w:t>You write:</w:t>
      </w:r>
    </w:p>
    <w:p>
      <w:pPr>
        <w:pStyle w:val="Mono"/>
        <w:shd w:val="clear" w:fill="E4F5EA"/>
      </w:pPr>
      <w:r>
        <w:t>Turn product names into short taglines. Example:</w:t>
        <w:br/>
        <w:t>Product: Bamboo Toothbrush -&gt; Tagline: Brush clean, live green.</w:t>
        <w:br/>
        <w:t>Now do the same for:</w:t>
        <w:br/>
        <w:t>Product: Solar Phone Charger</w:t>
      </w:r>
    </w:p>
    <w:p>
      <w:pPr>
        <w:pStyle w:val="HLabelAI"/>
      </w:pPr>
      <w:r>
        <w:t>AI replies (sample):</w:t>
      </w:r>
    </w:p>
    <w:p>
      <w:pPr>
        <w:pStyle w:val="Mono"/>
        <w:shd w:val="clear" w:fill="F0F3F5"/>
      </w:pPr>
      <w:r>
        <w:t>Product: Solar Phone Charger -&gt; Tagline: Power up, plug out.</w:t>
      </w:r>
    </w:p>
    <w:p>
      <w:pPr>
        <w:pStyle w:val="HLabelWhy"/>
      </w:pPr>
      <w:r>
        <w:t>Why it works:</w:t>
      </w:r>
    </w:p>
    <w:p>
      <w:r>
        <w:t>The single example showed the exact format (Product -&gt; short rhyming tagline), so the AI matched the pattern without a long description.</w:t>
      </w:r>
    </w:p>
    <w:p>
      <w:pPr>
        <w:pStyle w:val="HSub"/>
      </w:pPr>
      <w:r>
        <w:t>Tips</w:t>
      </w:r>
    </w:p>
    <w:p>
      <w:pPr>
        <w:pStyle w:val="ListBullet"/>
      </w:pPr>
      <w:r>
        <w:t>One clear example is often enough; two locks the pattern in.</w:t>
      </w:r>
    </w:p>
    <w:p>
      <w:pPr>
        <w:pStyle w:val="ListBullet"/>
      </w:pPr>
      <w:r>
        <w:t>Make your example match the quality you want - the AI copies its flaws too.</w:t>
      </w:r>
    </w:p>
    <w:p>
      <w:pPr>
        <w:pStyle w:val="HSub"/>
      </w:pPr>
      <w:r>
        <w:t>Common Mistakes</w:t>
      </w:r>
    </w:p>
    <w:p>
      <w:pPr>
        <w:pStyle w:val="ListBullet"/>
      </w:pPr>
      <w:r>
        <w:t>Giving an example that is inconsistent with your instructions.</w:t>
      </w:r>
    </w:p>
    <w:p>
      <w:pPr>
        <w:pStyle w:val="ListBullet"/>
      </w:pPr>
      <w:r>
        <w:t>Using a sloppy example and expecting polished output.</w:t>
      </w:r>
    </w:p>
    <w:p>
      <w:pPr>
        <w:pStyle w:val="HSub"/>
      </w:pPr>
      <w:r>
        <w:t>Practice</w:t>
      </w:r>
    </w:p>
    <w:p>
      <w:pPr>
        <w:pStyle w:val="ListNumber"/>
      </w:pPr>
      <w:r>
        <w:t>Create a 'input -&gt; output' example and have the AI continue it for three new inputs.</w:t>
      </w:r>
    </w:p>
    <w:p>
      <w:pPr>
        <w:pStyle w:val="ListNumber"/>
      </w:pPr>
      <w:r>
        <w:t>Give the AI a sample of your own writing and ask it to match the style.</w:t>
      </w:r>
    </w:p>
    <w:p>
      <w:r>
        <w:br w:type="page"/>
      </w:r>
    </w:p>
    <w:p>
      <w:pPr>
        <w:pStyle w:val="HLevel"/>
      </w:pPr>
      <w:r>
        <w:t>Part 2 - Building Skill</w:t>
      </w:r>
    </w:p>
    <w:p>
      <w:pPr>
        <w:pStyle w:val="Heading1"/>
        <w:spacing w:after="80"/>
      </w:pPr>
      <w:r>
        <w:rPr>
          <w:rFonts w:ascii="Georgia" w:hAnsi="Georgia"/>
          <w:color w:val="16241C"/>
          <w:sz w:val="36"/>
        </w:rPr>
        <w:t>Chapter 9: Ask the AI to Think Step by Step</w:t>
      </w:r>
    </w:p>
    <w:p>
      <w:pPr>
        <w:shd w:val="clear" w:fill="E7F5EC"/>
      </w:pPr>
      <w:r>
        <w:rPr>
          <w:b/>
          <w:color w:val="156A45"/>
        </w:rPr>
        <w:t xml:space="preserve">Goal: </w:t>
      </w:r>
      <w:r>
        <w:t>Improve accuracy on reasoning tasks by asking for the working, not just the answer.</w:t>
      </w:r>
    </w:p>
    <w:p>
      <w:r>
        <w:t>For anything involving logic, maths or multi-part reasoning, asking the AI to work through it step by step makes it more accurate. Showing its reasoning forces it to slow down instead of blurting a guess.</w:t>
      </w:r>
    </w:p>
    <w:p>
      <w:r>
        <w:t>You also get to check the steps. If the reasoning is visible, you can spot exactly where an answer went wrong - which is impossible when you only see the final number.</w:t>
      </w:r>
    </w:p>
    <w:p>
      <w:pPr>
        <w:pStyle w:val="HSub"/>
      </w:pPr>
      <w:r>
        <w:t>The Script (Template)</w:t>
      </w:r>
    </w:p>
    <w:p>
      <w:pPr>
        <w:pStyle w:val="Mono"/>
        <w:shd w:val="clear" w:fill="E4F5EA"/>
      </w:pPr>
      <w:r>
        <w:t>[Problem]. Think step by step and show your reasoning before giving the final answer.</w:t>
      </w:r>
    </w:p>
    <w:p>
      <w:pPr>
        <w:pStyle w:val="HSub"/>
      </w:pPr>
      <w:r>
        <w:t>Worked Example</w:t>
      </w:r>
    </w:p>
    <w:p>
      <w:pPr>
        <w:pStyle w:val="HLabelYou"/>
      </w:pPr>
      <w:r>
        <w:t>You write:</w:t>
      </w:r>
    </w:p>
    <w:p>
      <w:pPr>
        <w:pStyle w:val="Mono"/>
        <w:shd w:val="clear" w:fill="E4F5EA"/>
      </w:pPr>
      <w:r>
        <w:t>A shirt costs 40 dollars. It is discounted 25%, then a further 10% off the reduced price. What is the final price? Think step by step, then give the final answer.</w:t>
      </w:r>
    </w:p>
    <w:p>
      <w:pPr>
        <w:pStyle w:val="HLabelAI"/>
      </w:pPr>
      <w:r>
        <w:t>AI replies (sample):</w:t>
      </w:r>
    </w:p>
    <w:p>
      <w:pPr>
        <w:pStyle w:val="Mono"/>
        <w:shd w:val="clear" w:fill="F0F3F5"/>
      </w:pPr>
      <w:r>
        <w:t>Step 1: 25% of 40 is 10, so after the first discount the price is 30.</w:t>
        <w:br/>
        <w:t>Step 2: 10% of 30 is 3, so after the second discount the price is 27.</w:t>
        <w:br/>
        <w:t>Final answer: 27 dollars.</w:t>
      </w:r>
    </w:p>
    <w:p>
      <w:pPr>
        <w:pStyle w:val="HLabelWhy"/>
      </w:pPr>
      <w:r>
        <w:t>Why it works:</w:t>
      </w:r>
    </w:p>
    <w:p>
      <w:r>
        <w:t>Asking for steps made the AI apply the second discount to the reduced price (30), not the original - the exact place people and rushed AIs get it wrong.</w:t>
      </w:r>
    </w:p>
    <w:p>
      <w:pPr>
        <w:pStyle w:val="HSub"/>
      </w:pPr>
      <w:r>
        <w:t>Tips</w:t>
      </w:r>
    </w:p>
    <w:p>
      <w:pPr>
        <w:pStyle w:val="ListBullet"/>
      </w:pPr>
      <w:r>
        <w:t>Use this for maths, logic puzzles, comparisons and 'which should I choose' questions.</w:t>
      </w:r>
    </w:p>
    <w:p>
      <w:pPr>
        <w:pStyle w:val="ListBullet"/>
      </w:pPr>
      <w:r>
        <w:t>If you only want the number, ask for steps first, then 'give just the final answer'.</w:t>
      </w:r>
    </w:p>
    <w:p>
      <w:pPr>
        <w:pStyle w:val="HSub"/>
      </w:pPr>
      <w:r>
        <w:t>Common Mistakes</w:t>
      </w:r>
    </w:p>
    <w:p>
      <w:pPr>
        <w:pStyle w:val="ListBullet"/>
      </w:pPr>
      <w:r>
        <w:t>Trusting a one-line answer on a tricky calculation.</w:t>
      </w:r>
    </w:p>
    <w:p>
      <w:pPr>
        <w:pStyle w:val="ListBullet"/>
      </w:pPr>
      <w:r>
        <w:t>Not reading the steps - they are there so you can catch errors.</w:t>
      </w:r>
    </w:p>
    <w:p>
      <w:pPr>
        <w:pStyle w:val="HSub"/>
      </w:pPr>
      <w:r>
        <w:t>Practice</w:t>
      </w:r>
    </w:p>
    <w:p>
      <w:pPr>
        <w:pStyle w:val="ListNumber"/>
      </w:pPr>
      <w:r>
        <w:t>Give a two-step word problem and require visible reasoning.</w:t>
      </w:r>
    </w:p>
    <w:p>
      <w:pPr>
        <w:pStyle w:val="ListNumber"/>
      </w:pPr>
      <w:r>
        <w:t>Ask a decision question ('rent or buy?') and make the AI reason before concluding.</w:t>
      </w:r>
    </w:p>
    <w:p>
      <w:r>
        <w:br w:type="page"/>
      </w:r>
    </w:p>
    <w:p>
      <w:pPr>
        <w:pStyle w:val="HLevel"/>
      </w:pPr>
      <w:r>
        <w:t>Part 2 - Building Skill</w:t>
      </w:r>
    </w:p>
    <w:p>
      <w:pPr>
        <w:pStyle w:val="Heading1"/>
        <w:spacing w:after="80"/>
      </w:pPr>
      <w:r>
        <w:rPr>
          <w:rFonts w:ascii="Georgia" w:hAnsi="Georgia"/>
          <w:color w:val="16241C"/>
          <w:sz w:val="36"/>
        </w:rPr>
        <w:t>Chapter 10: Break a Big Task into Steps</w:t>
      </w:r>
    </w:p>
    <w:p>
      <w:pPr>
        <w:shd w:val="clear" w:fill="E7F5EC"/>
      </w:pPr>
      <w:r>
        <w:rPr>
          <w:b/>
          <w:color w:val="156A45"/>
        </w:rPr>
        <w:t xml:space="preserve">Goal: </w:t>
      </w:r>
      <w:r>
        <w:t>Handle large jobs by splitting them into a sequence of smaller prompts.</w:t>
      </w:r>
    </w:p>
    <w:p>
      <w:r>
        <w:t>Big requests overwhelm both you and the AI. Instead of asking for a whole essay at once, break it into stages: outline, then draft one section, then the next, then polish. You stay in control and can fix problems early.</w:t>
      </w:r>
    </w:p>
    <w:p>
      <w:r>
        <w:t>This 'divide and conquer' habit is the bridge from casual use to real projects. Each step is a small, clear prompt, and the output of one step becomes the input to the next.</w:t>
      </w:r>
    </w:p>
    <w:p>
      <w:pPr>
        <w:pStyle w:val="HSub"/>
      </w:pPr>
      <w:r>
        <w:t>The Script (Template)</w:t>
      </w:r>
    </w:p>
    <w:p>
      <w:pPr>
        <w:pStyle w:val="Mono"/>
        <w:shd w:val="clear" w:fill="E4F5EA"/>
      </w:pPr>
      <w:r>
        <w:t>Step 1 prompt: [get an outline]. Step 2 prompt: [expand section 1]. Step 3 prompt: [expand section 2]. ... Final prompt: [polish the whole thing].</w:t>
      </w:r>
    </w:p>
    <w:p>
      <w:pPr>
        <w:pStyle w:val="HSub"/>
      </w:pPr>
      <w:r>
        <w:t>Worked Example</w:t>
      </w:r>
    </w:p>
    <w:p>
      <w:pPr>
        <w:pStyle w:val="HLabelYou"/>
      </w:pPr>
      <w:r>
        <w:t>You write:</w:t>
      </w:r>
    </w:p>
    <w:p>
      <w:pPr>
        <w:pStyle w:val="Mono"/>
        <w:shd w:val="clear" w:fill="E4F5EA"/>
      </w:pPr>
      <w:r>
        <w:t>First step only: I need a 600-word blog post on the benefits of walking. Before writing, give me a 5-point outline so I can approve it.</w:t>
      </w:r>
    </w:p>
    <w:p>
      <w:pPr>
        <w:pStyle w:val="HLabelAI"/>
      </w:pPr>
      <w:r>
        <w:t>AI replies (sample):</w:t>
      </w:r>
    </w:p>
    <w:p>
      <w:pPr>
        <w:pStyle w:val="Mono"/>
        <w:shd w:val="clear" w:fill="F0F3F5"/>
      </w:pPr>
      <w:r>
        <w:t>1. Walking is the easiest exercise to start - no gym, no gear.</w:t>
        <w:br/>
        <w:t>2. Physical benefits: heart health, weight, better sleep.</w:t>
        <w:br/>
        <w:t>3. Mental benefits: lower stress, clearer thinking.</w:t>
        <w:br/>
        <w:t>4. Social and practical: walk with friends, walk to commute.</w:t>
        <w:br/>
        <w:t>5. How to build the habit: start with 10 minutes a day.</w:t>
        <w:br/>
        <w:t>Approve this and I will write section by section.</w:t>
      </w:r>
    </w:p>
    <w:p>
      <w:pPr>
        <w:pStyle w:val="HLabelWhy"/>
      </w:pPr>
      <w:r>
        <w:t>Why it works:</w:t>
      </w:r>
    </w:p>
    <w:p>
      <w:r>
        <w:t>Getting the outline first meant any wrong direction was caught in 5 lines, not after a 600-word draft - cheap to fix early.</w:t>
      </w:r>
    </w:p>
    <w:p>
      <w:pPr>
        <w:pStyle w:val="HSub"/>
      </w:pPr>
      <w:r>
        <w:t>Tips</w:t>
      </w:r>
    </w:p>
    <w:p>
      <w:pPr>
        <w:pStyle w:val="ListBullet"/>
      </w:pPr>
      <w:r>
        <w:t>Approve the outline before asking for the full draft.</w:t>
      </w:r>
    </w:p>
    <w:p>
      <w:pPr>
        <w:pStyle w:val="ListBullet"/>
      </w:pPr>
      <w:r>
        <w:t>Do one section per prompt for long pieces; quality stays higher.</w:t>
      </w:r>
    </w:p>
    <w:p>
      <w:pPr>
        <w:pStyle w:val="HSub"/>
      </w:pPr>
      <w:r>
        <w:t>Common Mistakes</w:t>
      </w:r>
    </w:p>
    <w:p>
      <w:pPr>
        <w:pStyle w:val="ListBullet"/>
      </w:pPr>
      <w:r>
        <w:t>Asking for a huge deliverable in one prompt, then rewriting the whole thing.</w:t>
      </w:r>
    </w:p>
    <w:p>
      <w:pPr>
        <w:pStyle w:val="ListBullet"/>
      </w:pPr>
      <w:r>
        <w:t>Losing track of steps - keep them numbered in the chat.</w:t>
      </w:r>
    </w:p>
    <w:p>
      <w:pPr>
        <w:pStyle w:val="HSub"/>
      </w:pPr>
      <w:r>
        <w:t>Practice</w:t>
      </w:r>
    </w:p>
    <w:p>
      <w:pPr>
        <w:pStyle w:val="ListNumber"/>
      </w:pPr>
      <w:r>
        <w:t>Plan a real task (essay, event, study plan) as an outline prompt first.</w:t>
      </w:r>
    </w:p>
    <w:p>
      <w:pPr>
        <w:pStyle w:val="ListNumber"/>
      </w:pPr>
      <w:r>
        <w:t>Take one outline point and expand it in a second prompt.</w:t>
      </w:r>
    </w:p>
    <w:p>
      <w:r>
        <w:br w:type="page"/>
      </w:r>
    </w:p>
    <w:p>
      <w:pPr>
        <w:pStyle w:val="HLevel"/>
      </w:pPr>
      <w:r>
        <w:t>Part 3 - Working With Your Own Material</w:t>
      </w:r>
    </w:p>
    <w:p>
      <w:pPr>
        <w:pStyle w:val="Heading1"/>
        <w:spacing w:after="80"/>
      </w:pPr>
      <w:r>
        <w:rPr>
          <w:rFonts w:ascii="Georgia" w:hAnsi="Georgia"/>
          <w:color w:val="16241C"/>
          <w:sz w:val="36"/>
        </w:rPr>
        <w:t>Chapter 11: Give the AI Your Own Text to Work On</w:t>
      </w:r>
    </w:p>
    <w:p>
      <w:pPr>
        <w:shd w:val="clear" w:fill="E7F5EC"/>
      </w:pPr>
      <w:r>
        <w:rPr>
          <w:b/>
          <w:color w:val="156A45"/>
        </w:rPr>
        <w:t xml:space="preserve">Goal: </w:t>
      </w:r>
      <w:r>
        <w:t>Have the AI summarise, rewrite or analyse text that YOU provide.</w:t>
      </w:r>
    </w:p>
    <w:p>
      <w:r>
        <w:t>The AI cannot open your files or links, but it can work on any text you paste directly into the chat. This unlocks the most useful everyday tasks: summarise this article, simplify this email, find the key points in these notes.</w:t>
      </w:r>
    </w:p>
    <w:p>
      <w:r>
        <w:t>The trick is to clearly separate your instruction from your pasted material, so the AI knows which is which. Use a label and a divider like triple dashes.</w:t>
      </w:r>
    </w:p>
    <w:p>
      <w:pPr>
        <w:pStyle w:val="HSub"/>
      </w:pPr>
      <w:r>
        <w:t>The Script (Template)</w:t>
      </w:r>
    </w:p>
    <w:p>
      <w:pPr>
        <w:pStyle w:val="Mono"/>
        <w:shd w:val="clear" w:fill="E4F5EA"/>
      </w:pPr>
      <w:r>
        <w:t>[Instruction about the text below].</w:t>
        <w:br/>
        <w:t>---</w:t>
        <w:br/>
        <w:t>[Paste your text here]</w:t>
        <w:br/>
        <w:t>---</w:t>
      </w:r>
    </w:p>
    <w:p>
      <w:pPr>
        <w:pStyle w:val="HSub"/>
      </w:pPr>
      <w:r>
        <w:t>Worked Example</w:t>
      </w:r>
    </w:p>
    <w:p>
      <w:pPr>
        <w:pStyle w:val="HLabelYou"/>
      </w:pPr>
      <w:r>
        <w:t>You write:</w:t>
      </w:r>
    </w:p>
    <w:p>
      <w:pPr>
        <w:pStyle w:val="Mono"/>
        <w:shd w:val="clear" w:fill="E4F5EA"/>
      </w:pPr>
      <w:r>
        <w:t>Summarise the text below in 3 bullet points a busy manager could read in 10 seconds.</w:t>
        <w:br/>
        <w:t>---</w:t>
        <w:br/>
        <w:t>The quarterly report shows sales rose 12% overall. Growth came mainly from online orders, which increased 30%, while in-store sales fell 5%. The team recommends investing more in the website next quarter.</w:t>
        <w:br/>
        <w:t>---</w:t>
      </w:r>
    </w:p>
    <w:p>
      <w:pPr>
        <w:pStyle w:val="HLabelAI"/>
      </w:pPr>
      <w:r>
        <w:t>AI replies (sample):</w:t>
      </w:r>
    </w:p>
    <w:p>
      <w:pPr>
        <w:pStyle w:val="Mono"/>
        <w:shd w:val="clear" w:fill="F0F3F5"/>
      </w:pPr>
      <w:r>
        <w:t>- Overall sales up 12% this quarter.</w:t>
        <w:br/>
        <w:t>- Online orders drove it (+30%); in-store slipped (-5%).</w:t>
        <w:br/>
        <w:t>- Recommendation: invest more in the website next quarter.</w:t>
      </w:r>
    </w:p>
    <w:p>
      <w:pPr>
        <w:pStyle w:val="HLabelWhy"/>
      </w:pPr>
      <w:r>
        <w:t>Why it works:</w:t>
      </w:r>
    </w:p>
    <w:p>
      <w:r>
        <w:t>The dividers made it obvious what to summarise, and the 'busy manager, 10 seconds' framing set the length and level.</w:t>
      </w:r>
    </w:p>
    <w:p>
      <w:pPr>
        <w:pStyle w:val="HSub"/>
      </w:pPr>
      <w:r>
        <w:t>Tips</w:t>
      </w:r>
    </w:p>
    <w:p>
      <w:pPr>
        <w:pStyle w:val="ListBullet"/>
      </w:pPr>
      <w:r>
        <w:t>Always separate instruction from pasted text with a clear divider.</w:t>
      </w:r>
    </w:p>
    <w:p>
      <w:pPr>
        <w:pStyle w:val="ListBullet"/>
      </w:pPr>
      <w:r>
        <w:t>You can paste emails, notes, essays, transcripts - anything as plain text.</w:t>
      </w:r>
    </w:p>
    <w:p>
      <w:pPr>
        <w:pStyle w:val="HSub"/>
      </w:pPr>
      <w:r>
        <w:t>Common Mistakes</w:t>
      </w:r>
    </w:p>
    <w:p>
      <w:pPr>
        <w:pStyle w:val="ListBullet"/>
      </w:pPr>
      <w:r>
        <w:t>Blending your instruction into the pasted text so the AI treats it all as content.</w:t>
      </w:r>
    </w:p>
    <w:p>
      <w:pPr>
        <w:pStyle w:val="ListBullet"/>
      </w:pPr>
      <w:r>
        <w:t>Pasting private or confidential material without thinking (see Chapter 20).</w:t>
      </w:r>
    </w:p>
    <w:p>
      <w:pPr>
        <w:pStyle w:val="HSub"/>
      </w:pPr>
      <w:r>
        <w:t>Practice</w:t>
      </w:r>
    </w:p>
    <w:p>
      <w:pPr>
        <w:pStyle w:val="ListNumber"/>
      </w:pPr>
      <w:r>
        <w:t>Paste a paragraph and ask for a one-sentence summary.</w:t>
      </w:r>
    </w:p>
    <w:p>
      <w:pPr>
        <w:pStyle w:val="ListNumber"/>
      </w:pPr>
      <w:r>
        <w:t>Paste a wordy email and ask the AI to make it shorter and friendlier.</w:t>
      </w:r>
    </w:p>
    <w:p>
      <w:r>
        <w:br w:type="page"/>
      </w:r>
    </w:p>
    <w:p>
      <w:pPr>
        <w:pStyle w:val="HLevel"/>
      </w:pPr>
      <w:r>
        <w:t>Part 3 - Working With Your Own Material</w:t>
      </w:r>
    </w:p>
    <w:p>
      <w:pPr>
        <w:pStyle w:val="Heading1"/>
        <w:spacing w:after="80"/>
      </w:pPr>
      <w:r>
        <w:rPr>
          <w:rFonts w:ascii="Georgia" w:hAnsi="Georgia"/>
          <w:color w:val="16241C"/>
          <w:sz w:val="36"/>
        </w:rPr>
        <w:t>Chapter 12: Iterate: Improve the Answer with Follow-Ups</w:t>
      </w:r>
    </w:p>
    <w:p>
      <w:pPr>
        <w:shd w:val="clear" w:fill="E7F5EC"/>
      </w:pPr>
      <w:r>
        <w:rPr>
          <w:b/>
          <w:color w:val="156A45"/>
        </w:rPr>
        <w:t xml:space="preserve">Goal: </w:t>
      </w:r>
      <w:r>
        <w:t>Treat the first answer as a draft and refine it through conversation.</w:t>
      </w:r>
    </w:p>
    <w:p>
      <w:r>
        <w:t>The biggest beginner mistake is starting a brand-new prompt when the first answer is nearly right. The AI remembers the current conversation, so you can just tell it what to change: 'make it shorter', 'more formal', 'add an example', 'remove the last point'.</w:t>
      </w:r>
    </w:p>
    <w:p>
      <w:r>
        <w:t>Think of it as editing with a collaborator. Small, specific follow-ups get you to a great result faster than rewriting the whole request each time.</w:t>
      </w:r>
    </w:p>
    <w:p>
      <w:pPr>
        <w:pStyle w:val="HSub"/>
      </w:pPr>
      <w:r>
        <w:t>The Script (Template)</w:t>
      </w:r>
    </w:p>
    <w:p>
      <w:pPr>
        <w:pStyle w:val="Mono"/>
        <w:shd w:val="clear" w:fill="E4F5EA"/>
      </w:pPr>
      <w:r>
        <w:t>[After an answer] -&gt; 'Good. Now change [X]: [make it shorter / add Y / fix the tone].'</w:t>
      </w:r>
    </w:p>
    <w:p>
      <w:pPr>
        <w:pStyle w:val="HSub"/>
      </w:pPr>
      <w:r>
        <w:t>Worked Example</w:t>
      </w:r>
    </w:p>
    <w:p>
      <w:pPr>
        <w:pStyle w:val="HLabelYou"/>
      </w:pPr>
      <w:r>
        <w:t>You write:</w:t>
      </w:r>
    </w:p>
    <w:p>
      <w:pPr>
        <w:pStyle w:val="Mono"/>
        <w:shd w:val="clear" w:fill="E4F5EA"/>
      </w:pPr>
      <w:r>
        <w:t>That summary is good, but make it one sentence and add the exact growth number for online orders.</w:t>
      </w:r>
    </w:p>
    <w:p>
      <w:pPr>
        <w:pStyle w:val="HLabelAI"/>
      </w:pPr>
      <w:r>
        <w:t>AI replies (sample):</w:t>
      </w:r>
    </w:p>
    <w:p>
      <w:pPr>
        <w:pStyle w:val="Mono"/>
        <w:shd w:val="clear" w:fill="F0F3F5"/>
      </w:pPr>
      <w:r>
        <w:t>Overall sales rose 12%, driven by a 30% jump in online orders while in-store sales fell 5%.</w:t>
      </w:r>
    </w:p>
    <w:p>
      <w:pPr>
        <w:pStyle w:val="HLabelWhy"/>
      </w:pPr>
      <w:r>
        <w:t>Why it works:</w:t>
      </w:r>
    </w:p>
    <w:p>
      <w:r>
        <w:t>Because the AI still had the previous answer in context, a short follow-up reshaped it instantly - no need to repeat the source text.</w:t>
      </w:r>
    </w:p>
    <w:p>
      <w:pPr>
        <w:pStyle w:val="HSub"/>
      </w:pPr>
      <w:r>
        <w:t>Tips</w:t>
      </w:r>
    </w:p>
    <w:p>
      <w:pPr>
        <w:pStyle w:val="ListBullet"/>
      </w:pPr>
      <w:r>
        <w:t>Refer to the previous answer ('that', 'the second point') - the AI remembers it.</w:t>
      </w:r>
    </w:p>
    <w:p>
      <w:pPr>
        <w:pStyle w:val="ListBullet"/>
      </w:pPr>
      <w:r>
        <w:t>Change one thing at a time so you can see the effect of each tweak.</w:t>
      </w:r>
    </w:p>
    <w:p>
      <w:pPr>
        <w:pStyle w:val="HSub"/>
      </w:pPr>
      <w:r>
        <w:t>Common Mistakes</w:t>
      </w:r>
    </w:p>
    <w:p>
      <w:pPr>
        <w:pStyle w:val="ListBullet"/>
      </w:pPr>
      <w:r>
        <w:t>Starting over when a one-line follow-up would have fixed it.</w:t>
      </w:r>
    </w:p>
    <w:p>
      <w:pPr>
        <w:pStyle w:val="ListBullet"/>
      </w:pPr>
      <w:r>
        <w:t>Asking for ten changes at once and losing track of what improved.</w:t>
      </w:r>
    </w:p>
    <w:p>
      <w:pPr>
        <w:pStyle w:val="HSub"/>
      </w:pPr>
      <w:r>
        <w:t>Practice</w:t>
      </w:r>
    </w:p>
    <w:p>
      <w:pPr>
        <w:pStyle w:val="ListNumber"/>
      </w:pPr>
      <w:r>
        <w:t>Take any answer and improve it with three separate follow-ups.</w:t>
      </w:r>
    </w:p>
    <w:p>
      <w:pPr>
        <w:pStyle w:val="ListNumber"/>
      </w:pPr>
      <w:r>
        <w:t>Ask for a draft, then guide it to a final version using only short corrections.</w:t>
      </w:r>
    </w:p>
    <w:p>
      <w:r>
        <w:br w:type="page"/>
      </w:r>
    </w:p>
    <w:p>
      <w:pPr>
        <w:pStyle w:val="HLevel"/>
      </w:pPr>
      <w:r>
        <w:t>Part 3 - Working With Your Own Material</w:t>
      </w:r>
    </w:p>
    <w:p>
      <w:pPr>
        <w:pStyle w:val="Heading1"/>
        <w:spacing w:after="80"/>
      </w:pPr>
      <w:r>
        <w:rPr>
          <w:rFonts w:ascii="Georgia" w:hAnsi="Georgia"/>
          <w:color w:val="16241C"/>
          <w:sz w:val="36"/>
        </w:rPr>
        <w:t>Chapter 13: Set Rules and Constraints (Do's and Don'ts)</w:t>
      </w:r>
    </w:p>
    <w:p>
      <w:pPr>
        <w:shd w:val="clear" w:fill="E7F5EC"/>
      </w:pPr>
      <w:r>
        <w:rPr>
          <w:b/>
          <w:color w:val="156A45"/>
        </w:rPr>
        <w:t xml:space="preserve">Goal: </w:t>
      </w:r>
      <w:r>
        <w:t>Control what the AI must include and must avoid.</w:t>
      </w:r>
    </w:p>
    <w:p>
      <w:r>
        <w:t>You can give the AI rules it has to follow: must include these words, must avoid jargon, no more than three points, do not invent facts. Constraints keep the output inside the lines you need, which matters for assignments, brand voice and safety.</w:t>
      </w:r>
    </w:p>
    <w:p>
      <w:r>
        <w:t>State rules as a short, clear list. Positive rules ('use simple words') and negative rules ('do not use bullet points') both work; be explicit about each.</w:t>
      </w:r>
    </w:p>
    <w:p>
      <w:pPr>
        <w:pStyle w:val="HSub"/>
      </w:pPr>
      <w:r>
        <w:t>The Script (Template)</w:t>
      </w:r>
    </w:p>
    <w:p>
      <w:pPr>
        <w:pStyle w:val="Mono"/>
        <w:shd w:val="clear" w:fill="E4F5EA"/>
      </w:pPr>
      <w:r>
        <w:t>[Task]. Rules: 1) [must do] 2) [must avoid] 3) [limit].</w:t>
      </w:r>
    </w:p>
    <w:p>
      <w:pPr>
        <w:pStyle w:val="HSub"/>
      </w:pPr>
      <w:r>
        <w:t>Worked Example</w:t>
      </w:r>
    </w:p>
    <w:p>
      <w:pPr>
        <w:pStyle w:val="HLabelYou"/>
      </w:pPr>
      <w:r>
        <w:t>You write:</w:t>
      </w:r>
    </w:p>
    <w:p>
      <w:pPr>
        <w:pStyle w:val="Mono"/>
        <w:shd w:val="clear" w:fill="E4F5EA"/>
      </w:pPr>
      <w:r>
        <w:t>Write a welcome note for a library. Rules: 1) under 40 words 2) no exclamation marks 3) mention opening hours are 9am to 8pm 4) warm but professional tone.</w:t>
      </w:r>
    </w:p>
    <w:p>
      <w:pPr>
        <w:pStyle w:val="HLabelAI"/>
      </w:pPr>
      <w:r>
        <w:t>AI replies (sample):</w:t>
      </w:r>
    </w:p>
    <w:p>
      <w:pPr>
        <w:pStyle w:val="Mono"/>
        <w:shd w:val="clear" w:fill="F0F3F5"/>
      </w:pPr>
      <w:r>
        <w:t>Welcome to the City Library. We are open daily from 9am to 8pm and are always glad to help you find your next book, quiet study space, or answer to a question.</w:t>
      </w:r>
    </w:p>
    <w:p>
      <w:pPr>
        <w:pStyle w:val="HLabelWhy"/>
      </w:pPr>
      <w:r>
        <w:t>Why it works:</w:t>
      </w:r>
    </w:p>
    <w:p>
      <w:r>
        <w:t>Every rule was followed: under 40 words, no exclamation marks, hours included, warm yet professional. Explicit rules give you predictable output.</w:t>
      </w:r>
    </w:p>
    <w:p>
      <w:pPr>
        <w:pStyle w:val="HSub"/>
      </w:pPr>
      <w:r>
        <w:t>Tips</w:t>
      </w:r>
    </w:p>
    <w:p>
      <w:pPr>
        <w:pStyle w:val="ListBullet"/>
      </w:pPr>
      <w:r>
        <w:t>Number your rules so you can check them off in the answer.</w:t>
      </w:r>
    </w:p>
    <w:p>
      <w:pPr>
        <w:pStyle w:val="ListBullet"/>
      </w:pPr>
      <w:r>
        <w:t>'Do not make up facts; if unsure, say so' is a valuable safety rule.</w:t>
      </w:r>
    </w:p>
    <w:p>
      <w:pPr>
        <w:pStyle w:val="HSub"/>
      </w:pPr>
      <w:r>
        <w:t>Common Mistakes</w:t>
      </w:r>
    </w:p>
    <w:p>
      <w:pPr>
        <w:pStyle w:val="ListBullet"/>
      </w:pPr>
      <w:r>
        <w:t>Vague rules like 'keep it appropriate' - define what appropriate means.</w:t>
      </w:r>
    </w:p>
    <w:p>
      <w:pPr>
        <w:pStyle w:val="ListBullet"/>
      </w:pPr>
      <w:r>
        <w:t>Too many rules at once; the AI may drop some. Keep the list tight.</w:t>
      </w:r>
    </w:p>
    <w:p>
      <w:pPr>
        <w:pStyle w:val="HSub"/>
      </w:pPr>
      <w:r>
        <w:t>Practice</w:t>
      </w:r>
    </w:p>
    <w:p>
      <w:pPr>
        <w:pStyle w:val="ListNumber"/>
      </w:pPr>
      <w:r>
        <w:t>Write a prompt with three numbered rules and check the answer against each.</w:t>
      </w:r>
    </w:p>
    <w:p>
      <w:pPr>
        <w:pStyle w:val="ListNumber"/>
      </w:pPr>
      <w:r>
        <w:t>Add a 'do not invent facts' rule to a factual request and see the effect.</w:t>
      </w:r>
    </w:p>
    <w:p>
      <w:r>
        <w:br w:type="page"/>
      </w:r>
    </w:p>
    <w:p>
      <w:pPr>
        <w:pStyle w:val="HLevel"/>
      </w:pPr>
      <w:r>
        <w:t>Part 3 - Working With Your Own Material</w:t>
      </w:r>
    </w:p>
    <w:p>
      <w:pPr>
        <w:pStyle w:val="Heading1"/>
        <w:spacing w:after="80"/>
      </w:pPr>
      <w:r>
        <w:rPr>
          <w:rFonts w:ascii="Georgia" w:hAnsi="Georgia"/>
          <w:color w:val="16241C"/>
          <w:sz w:val="36"/>
        </w:rPr>
        <w:t>Chapter 14: Build a Reusable Script (Template)</w:t>
      </w:r>
    </w:p>
    <w:p>
      <w:pPr>
        <w:shd w:val="clear" w:fill="E7F5EC"/>
      </w:pPr>
      <w:r>
        <w:rPr>
          <w:b/>
          <w:color w:val="156A45"/>
        </w:rPr>
        <w:t xml:space="preserve">Goal: </w:t>
      </w:r>
      <w:r>
        <w:t>Turn a good one-off prompt into a template you can reuse with blanks to fill.</w:t>
      </w:r>
    </w:p>
    <w:p>
      <w:r>
        <w:t>Once a prompt works well, save it as a template with placeholders in [brackets]. Next time you only change the blanks. This is exactly why we call prompts 'scripts' - they are reusable tools, not throwaway messages.</w:t>
      </w:r>
    </w:p>
    <w:p>
      <w:r>
        <w:t>A strong template usually has the same building blocks: role, context, task, format, length and rules. Fill them in and you have a reliable prompt every time.</w:t>
      </w:r>
    </w:p>
    <w:p>
      <w:pPr>
        <w:pStyle w:val="HSub"/>
      </w:pPr>
      <w:r>
        <w:t>The Script (Template)</w:t>
      </w:r>
    </w:p>
    <w:p>
      <w:pPr>
        <w:pStyle w:val="Mono"/>
        <w:shd w:val="clear" w:fill="E4F5EA"/>
      </w:pPr>
      <w:r>
        <w:t>You are [ROLE]. Context: [CONTEXT]. Task: [TASK]. Format: [FORMAT]. Length: [LENGTH]. Rules: [RULES].</w:t>
      </w:r>
    </w:p>
    <w:p>
      <w:pPr>
        <w:pStyle w:val="HSub"/>
      </w:pPr>
      <w:r>
        <w:t>Worked Example</w:t>
      </w:r>
    </w:p>
    <w:p>
      <w:pPr>
        <w:pStyle w:val="HLabelYou"/>
      </w:pPr>
      <w:r>
        <w:t>You write:</w:t>
      </w:r>
    </w:p>
    <w:p>
      <w:pPr>
        <w:pStyle w:val="Mono"/>
        <w:shd w:val="clear" w:fill="E4F5EA"/>
      </w:pPr>
      <w:r>
        <w:t>You are a helpful careers advisor. Context: I am applying for [JOB] and have [EXPERIENCE]. Task: write a short cover-letter opening paragraph. Format: one paragraph. Length: under 80 words. Rules: confident, specific, no cliches.</w:t>
        <w:br/>
        <w:t>(Filled in: JOB = junior data analyst, EXPERIENCE = a statistics degree and one internship.)</w:t>
      </w:r>
    </w:p>
    <w:p>
      <w:pPr>
        <w:pStyle w:val="HLabelAI"/>
      </w:pPr>
      <w:r>
        <w:t>AI replies (sample):</w:t>
      </w:r>
    </w:p>
    <w:p>
      <w:pPr>
        <w:pStyle w:val="Mono"/>
        <w:shd w:val="clear" w:fill="F0F3F5"/>
      </w:pPr>
      <w:r>
        <w:t>As a statistics graduate with hands-on internship experience turning raw data into clear insights, I was excited to see your junior data analyst opening. I combine solid analytical training with a proven habit of asking the questions that make numbers useful to a team.</w:t>
      </w:r>
    </w:p>
    <w:p>
      <w:pPr>
        <w:pStyle w:val="HLabelWhy"/>
      </w:pPr>
      <w:r>
        <w:t>Why it works:</w:t>
      </w:r>
    </w:p>
    <w:p>
      <w:r>
        <w:t>The template's blanks (JOB, EXPERIENCE) were the only things that changed; the proven structure did the rest. Reuse it for any job by swapping the blanks.</w:t>
      </w:r>
    </w:p>
    <w:p>
      <w:pPr>
        <w:pStyle w:val="HSub"/>
      </w:pPr>
      <w:r>
        <w:t>Tips</w:t>
      </w:r>
    </w:p>
    <w:p>
      <w:pPr>
        <w:pStyle w:val="ListBullet"/>
      </w:pPr>
      <w:r>
        <w:t>Keep placeholders in [CAPS] so they are easy to spot and replace.</w:t>
      </w:r>
    </w:p>
    <w:p>
      <w:pPr>
        <w:pStyle w:val="ListBullet"/>
      </w:pPr>
      <w:r>
        <w:t>Store your best templates in a document - your growing prompt library.</w:t>
      </w:r>
    </w:p>
    <w:p>
      <w:pPr>
        <w:pStyle w:val="HSub"/>
      </w:pPr>
      <w:r>
        <w:t>Common Mistakes</w:t>
      </w:r>
    </w:p>
    <w:p>
      <w:pPr>
        <w:pStyle w:val="ListBullet"/>
      </w:pPr>
      <w:r>
        <w:t>Rebuilding a good prompt from scratch every time instead of templating it.</w:t>
      </w:r>
    </w:p>
    <w:p>
      <w:pPr>
        <w:pStyle w:val="ListBullet"/>
      </w:pPr>
      <w:r>
        <w:t>Forgetting to replace a placeholder before sending.</w:t>
      </w:r>
    </w:p>
    <w:p>
      <w:pPr>
        <w:pStyle w:val="HSub"/>
      </w:pPr>
      <w:r>
        <w:t>Practice</w:t>
      </w:r>
    </w:p>
    <w:p>
      <w:pPr>
        <w:pStyle w:val="ListNumber"/>
      </w:pPr>
      <w:r>
        <w:t>Turn your best prompt so far into a template with at least two placeholders.</w:t>
      </w:r>
    </w:p>
    <w:p>
      <w:pPr>
        <w:pStyle w:val="ListNumber"/>
      </w:pPr>
      <w:r>
        <w:t>Reuse the template for a different situation by changing only the blanks.</w:t>
      </w:r>
    </w:p>
    <w:p>
      <w:r>
        <w:br w:type="page"/>
      </w:r>
    </w:p>
    <w:p>
      <w:pPr>
        <w:pStyle w:val="HLevel"/>
      </w:pPr>
      <w:r>
        <w:t>Part 4 - Getting It Right</w:t>
      </w:r>
    </w:p>
    <w:p>
      <w:pPr>
        <w:pStyle w:val="Heading1"/>
        <w:spacing w:after="80"/>
      </w:pPr>
      <w:r>
        <w:rPr>
          <w:rFonts w:ascii="Georgia" w:hAnsi="Georgia"/>
          <w:color w:val="16241C"/>
          <w:sz w:val="36"/>
        </w:rPr>
        <w:t>Chapter 15: Avoid the Common Mistakes</w:t>
      </w:r>
    </w:p>
    <w:p>
      <w:pPr>
        <w:shd w:val="clear" w:fill="E7F5EC"/>
      </w:pPr>
      <w:r>
        <w:rPr>
          <w:b/>
          <w:color w:val="156A45"/>
        </w:rPr>
        <w:t xml:space="preserve">Goal: </w:t>
      </w:r>
      <w:r>
        <w:t>Recognise and fix the prompt errors that cause most bad answers.</w:t>
      </w:r>
    </w:p>
    <w:p>
      <w:r>
        <w:t>Most disappointing answers trace back to a handful of prompt errors: being vague, asking for too much at once, giving no context, and giving contradictory instructions. Knowing the list lets you diagnose a bad answer instead of blaming the AI.</w:t>
      </w:r>
    </w:p>
    <w:p>
      <w:r>
        <w:t>The fix is almost always to make the prompt clearer, smaller or better-supported - never to repeat the same weak prompt louder.</w:t>
      </w:r>
    </w:p>
    <w:p>
      <w:pPr>
        <w:pStyle w:val="HSub"/>
      </w:pPr>
      <w:r>
        <w:t>The Script (Template)</w:t>
      </w:r>
    </w:p>
    <w:p>
      <w:pPr>
        <w:pStyle w:val="Mono"/>
        <w:shd w:val="clear" w:fill="E4F5EA"/>
      </w:pPr>
      <w:r>
        <w:t>Diagnose a bad answer: Was I vague? Did I overload it? Did I give context? Did I contradict myself? -&gt; Fix that one thing and resend.</w:t>
      </w:r>
    </w:p>
    <w:p>
      <w:pPr>
        <w:pStyle w:val="HSub"/>
      </w:pPr>
      <w:r>
        <w:t>Worked Example</w:t>
      </w:r>
    </w:p>
    <w:p>
      <w:pPr>
        <w:pStyle w:val="HLabelYou"/>
      </w:pPr>
      <w:r>
        <w:t>You write:</w:t>
      </w:r>
    </w:p>
    <w:p>
      <w:pPr>
        <w:pStyle w:val="Mono"/>
        <w:shd w:val="clear" w:fill="E4F5EA"/>
      </w:pPr>
      <w:r>
        <w:t>Bad prompt: 'Write something good about our business.' Improved: 'You are a copywriter. Write a 2-sentence tagline for a family-run bakery known for sourdough. Tone: warm. No exclamation marks.'</w:t>
      </w:r>
    </w:p>
    <w:p>
      <w:pPr>
        <w:pStyle w:val="HLabelAI"/>
      </w:pPr>
      <w:r>
        <w:t>AI replies (sample):</w:t>
      </w:r>
    </w:p>
    <w:p>
      <w:pPr>
        <w:pStyle w:val="Mono"/>
        <w:shd w:val="clear" w:fill="F0F3F5"/>
      </w:pPr>
      <w:r>
        <w:t>Improved answer: Real bread, made the slow way, by a family who still counts every loaf as ours. Come taste the difference a little patience makes.</w:t>
      </w:r>
    </w:p>
    <w:p>
      <w:pPr>
        <w:pStyle w:val="HLabelWhy"/>
      </w:pPr>
      <w:r>
        <w:t>Why it works:</w:t>
      </w:r>
    </w:p>
    <w:p>
      <w:r>
        <w:t>The bad prompt failed on vagueness, no context and no format. Fixing exactly those three turned a hopeless request into a usable one.</w:t>
      </w:r>
    </w:p>
    <w:p>
      <w:pPr>
        <w:pStyle w:val="HSub"/>
      </w:pPr>
      <w:r>
        <w:t>Tips</w:t>
      </w:r>
    </w:p>
    <w:p>
      <w:pPr>
        <w:pStyle w:val="ListBullet"/>
      </w:pPr>
      <w:r>
        <w:t>When an answer is bad, re-read your prompt before re-reading the answer.</w:t>
      </w:r>
    </w:p>
    <w:p>
      <w:pPr>
        <w:pStyle w:val="ListBullet"/>
      </w:pPr>
      <w:r>
        <w:t>Change one weakness at a time so you learn what actually helped.</w:t>
      </w:r>
    </w:p>
    <w:p>
      <w:pPr>
        <w:pStyle w:val="HSub"/>
      </w:pPr>
      <w:r>
        <w:t>Common Mistakes</w:t>
      </w:r>
    </w:p>
    <w:p>
      <w:pPr>
        <w:pStyle w:val="ListBullet"/>
      </w:pPr>
      <w:r>
        <w:t>Blaming the AI for a vague prompt.</w:t>
      </w:r>
    </w:p>
    <w:p>
      <w:pPr>
        <w:pStyle w:val="ListBullet"/>
      </w:pPr>
      <w:r>
        <w:t>Making the prompt longer instead of clearer.</w:t>
      </w:r>
    </w:p>
    <w:p>
      <w:pPr>
        <w:pStyle w:val="HSub"/>
      </w:pPr>
      <w:r>
        <w:t>Practice</w:t>
      </w:r>
    </w:p>
    <w:p>
      <w:pPr>
        <w:pStyle w:val="ListNumber"/>
      </w:pPr>
      <w:r>
        <w:t>Take a bad answer you got earlier and diagnose which error caused it.</w:t>
      </w:r>
    </w:p>
    <w:p>
      <w:pPr>
        <w:pStyle w:val="ListNumber"/>
      </w:pPr>
      <w:r>
        <w:t>Rewrite that prompt fixing only the single biggest weakness.</w:t>
      </w:r>
    </w:p>
    <w:p>
      <w:r>
        <w:br w:type="page"/>
      </w:r>
    </w:p>
    <w:p>
      <w:pPr>
        <w:pStyle w:val="HLevel"/>
      </w:pPr>
      <w:r>
        <w:t>Part 4 - Getting It Right</w:t>
      </w:r>
    </w:p>
    <w:p>
      <w:pPr>
        <w:pStyle w:val="Heading1"/>
        <w:spacing w:after="80"/>
      </w:pPr>
      <w:r>
        <w:rPr>
          <w:rFonts w:ascii="Georgia" w:hAnsi="Georgia"/>
          <w:color w:val="16241C"/>
          <w:sz w:val="36"/>
        </w:rPr>
        <w:t>Chapter 16: Check the Answer: Verify Before You Trust</w:t>
      </w:r>
    </w:p>
    <w:p>
      <w:pPr>
        <w:shd w:val="clear" w:fill="E7F5EC"/>
      </w:pPr>
      <w:r>
        <w:rPr>
          <w:b/>
          <w:color w:val="156A45"/>
        </w:rPr>
        <w:t xml:space="preserve">Goal: </w:t>
      </w:r>
      <w:r>
        <w:t>Catch AI mistakes by verifying facts, figures and sources.</w:t>
      </w:r>
    </w:p>
    <w:p>
      <w:r>
        <w:t>AI tools can state false things confidently - invented facts, wrong dates, fake quotes or citations. This is often called 'hallucination'. The answer sounds authoritative whether it is right or wrong, so confidence is not proof.</w:t>
      </w:r>
    </w:p>
    <w:p>
      <w:r>
        <w:t>Your job is to verify anything that matters: check names, numbers, dates and sources against a trusted reference. Use the AI to draft and explain, but confirm facts elsewhere before you rely on them.</w:t>
      </w:r>
    </w:p>
    <w:p>
      <w:pPr>
        <w:pStyle w:val="HSub"/>
      </w:pPr>
      <w:r>
        <w:t>The Script (Template)</w:t>
      </w:r>
    </w:p>
    <w:p>
      <w:pPr>
        <w:pStyle w:val="Mono"/>
        <w:shd w:val="clear" w:fill="E4F5EA"/>
      </w:pPr>
      <w:r>
        <w:t>[Task]. Then: 'List any facts here that I should double-check, and tell me how confident you are in each.'</w:t>
      </w:r>
    </w:p>
    <w:p>
      <w:pPr>
        <w:pStyle w:val="HSub"/>
      </w:pPr>
      <w:r>
        <w:t>Worked Example</w:t>
      </w:r>
    </w:p>
    <w:p>
      <w:pPr>
        <w:pStyle w:val="HLabelYou"/>
      </w:pPr>
      <w:r>
        <w:t>You write:</w:t>
      </w:r>
    </w:p>
    <w:p>
      <w:pPr>
        <w:pStyle w:val="Mono"/>
        <w:shd w:val="clear" w:fill="E4F5EA"/>
      </w:pPr>
      <w:r>
        <w:t>Give three facts about the planet Mars, and then flag which ones I should verify and how confident you are.</w:t>
      </w:r>
    </w:p>
    <w:p>
      <w:pPr>
        <w:pStyle w:val="HLabelAI"/>
      </w:pPr>
      <w:r>
        <w:t>AI replies (sample):</w:t>
      </w:r>
    </w:p>
    <w:p>
      <w:pPr>
        <w:pStyle w:val="Mono"/>
        <w:shd w:val="clear" w:fill="F0F3F5"/>
      </w:pPr>
      <w:r>
        <w:t>1. Mars is the fourth planet from the Sun. (Very confident - well established.)</w:t>
        <w:br/>
        <w:t>2. Mars has two small moons, Phobos and Deimos. (Very confident.)</w:t>
        <w:br/>
        <w:t>3. A day on Mars is about 24 hours 37 minutes. (Confident, but verify the exact minutes.)</w:t>
        <w:br/>
        <w:t>Suggestion: confirm figures against a reliable source such as a space agency site.</w:t>
      </w:r>
    </w:p>
    <w:p>
      <w:pPr>
        <w:pStyle w:val="HLabelWhy"/>
      </w:pPr>
      <w:r>
        <w:t>Why it works:</w:t>
      </w:r>
    </w:p>
    <w:p>
      <w:r>
        <w:t>Asking the AI to flag uncertainty makes it separate solid facts from shaky ones, so you know exactly where to focus your checking.</w:t>
      </w:r>
    </w:p>
    <w:p>
      <w:pPr>
        <w:pStyle w:val="HSub"/>
      </w:pPr>
      <w:r>
        <w:t>Tips</w:t>
      </w:r>
    </w:p>
    <w:p>
      <w:pPr>
        <w:pStyle w:val="ListBullet"/>
      </w:pPr>
      <w:r>
        <w:t>Treat every specific fact, quote and citation as 'verify before use'.</w:t>
      </w:r>
    </w:p>
    <w:p>
      <w:pPr>
        <w:pStyle w:val="ListBullet"/>
      </w:pPr>
      <w:r>
        <w:t>Ask 'how confident are you and what should I check?' to surface weak spots.</w:t>
      </w:r>
    </w:p>
    <w:p>
      <w:pPr>
        <w:pStyle w:val="HSub"/>
      </w:pPr>
      <w:r>
        <w:t>Common Mistakes</w:t>
      </w:r>
    </w:p>
    <w:p>
      <w:pPr>
        <w:pStyle w:val="ListBullet"/>
      </w:pPr>
      <w:r>
        <w:t>Copying figures or citations straight into work without checking them.</w:t>
      </w:r>
    </w:p>
    <w:p>
      <w:pPr>
        <w:pStyle w:val="ListBullet"/>
      </w:pPr>
      <w:r>
        <w:t>Assuming a confident tone means the fact is correct.</w:t>
      </w:r>
    </w:p>
    <w:p>
      <w:pPr>
        <w:pStyle w:val="HSub"/>
      </w:pPr>
      <w:r>
        <w:t>Practice</w:t>
      </w:r>
    </w:p>
    <w:p>
      <w:pPr>
        <w:pStyle w:val="ListNumber"/>
      </w:pPr>
      <w:r>
        <w:t>Ask for five facts on a topic you know, and catch any that are off.</w:t>
      </w:r>
    </w:p>
    <w:p>
      <w:pPr>
        <w:pStyle w:val="ListNumber"/>
      </w:pPr>
      <w:r>
        <w:t>Ask the AI to rate its own confidence and verify the low-confidence items.</w:t>
      </w:r>
    </w:p>
    <w:p>
      <w:r>
        <w:br w:type="page"/>
      </w:r>
    </w:p>
    <w:p>
      <w:pPr>
        <w:pStyle w:val="HLevel"/>
      </w:pPr>
      <w:r>
        <w:t>Part 4 - Getting It Right</w:t>
      </w:r>
    </w:p>
    <w:p>
      <w:pPr>
        <w:pStyle w:val="Heading1"/>
        <w:spacing w:after="80"/>
      </w:pPr>
      <w:r>
        <w:rPr>
          <w:rFonts w:ascii="Georgia" w:hAnsi="Georgia"/>
          <w:color w:val="16241C"/>
          <w:sz w:val="36"/>
        </w:rPr>
        <w:t>Chapter 17: Prompting for Code and Technical Help</w:t>
      </w:r>
    </w:p>
    <w:p>
      <w:pPr>
        <w:shd w:val="clear" w:fill="E7F5EC"/>
      </w:pPr>
      <w:r>
        <w:rPr>
          <w:b/>
          <w:color w:val="156A45"/>
        </w:rPr>
        <w:t xml:space="preserve">Goal: </w:t>
      </w:r>
      <w:r>
        <w:t>Get working code and technical explanations by prompting precisely.</w:t>
      </w:r>
    </w:p>
    <w:p>
      <w:r>
        <w:t>AI is great for coding help, but only if you state the language, what the code should do, the inputs and outputs, and any constraints. Vague coding prompts produce code that runs but does the wrong thing.</w:t>
      </w:r>
    </w:p>
    <w:p>
      <w:r>
        <w:t>Always ask the AI to explain the code and how to test it. You should understand what you paste into your project, and you must run it to confirm it actually works.</w:t>
      </w:r>
    </w:p>
    <w:p>
      <w:pPr>
        <w:pStyle w:val="HSub"/>
      </w:pPr>
      <w:r>
        <w:t>The Script (Template)</w:t>
      </w:r>
    </w:p>
    <w:p>
      <w:pPr>
        <w:pStyle w:val="Mono"/>
        <w:shd w:val="clear" w:fill="E4F5EA"/>
      </w:pPr>
      <w:r>
        <w:t>In [language], write a function that [does X] given [inputs] and returns [outputs]. [Constraints]. Explain how it works and how to test it.</w:t>
      </w:r>
    </w:p>
    <w:p>
      <w:pPr>
        <w:pStyle w:val="HSub"/>
      </w:pPr>
      <w:r>
        <w:t>Worked Example</w:t>
      </w:r>
    </w:p>
    <w:p>
      <w:pPr>
        <w:pStyle w:val="HLabelYou"/>
      </w:pPr>
      <w:r>
        <w:t>You write:</w:t>
      </w:r>
    </w:p>
    <w:p>
      <w:pPr>
        <w:pStyle w:val="Mono"/>
        <w:shd w:val="clear" w:fill="E4F5EA"/>
      </w:pPr>
      <w:r>
        <w:t>In Python, write a function that takes a list of numbers and returns the average. Handle an empty list by returning 0. Explain it briefly.</w:t>
      </w:r>
    </w:p>
    <w:p>
      <w:pPr>
        <w:pStyle w:val="HLabelAI"/>
      </w:pPr>
      <w:r>
        <w:t>AI replies (sample):</w:t>
      </w:r>
    </w:p>
    <w:p>
      <w:pPr>
        <w:pStyle w:val="Mono"/>
        <w:shd w:val="clear" w:fill="F0F3F5"/>
      </w:pPr>
      <w:r>
        <w:t>def average(numbers):</w:t>
        <w:br/>
        <w:t xml:space="preserve">    if not numbers:      # empty list -&gt; avoid divide by zero</w:t>
        <w:br/>
        <w:t xml:space="preserve">        return 0</w:t>
        <w:br/>
        <w:t xml:space="preserve">    return sum(numbers) / len(numbers)</w:t>
        <w:br/>
        <w:br/>
        <w:t>It adds all the numbers with sum() and divides by how many there are with len(). If the list is empty it returns 0 instead of crashing. Test: average([2, 4, 6]) returns 4.0; average([]) returns 0.</w:t>
      </w:r>
    </w:p>
    <w:p>
      <w:pPr>
        <w:pStyle w:val="HLabelWhy"/>
      </w:pPr>
      <w:r>
        <w:t>Why it works:</w:t>
      </w:r>
    </w:p>
    <w:p>
      <w:r>
        <w:t>Naming the language, the input, the output and the tricky edge case (empty list) got correct, safe code plus a test you can run to confirm it.</w:t>
      </w:r>
    </w:p>
    <w:p>
      <w:pPr>
        <w:pStyle w:val="HSub"/>
      </w:pPr>
      <w:r>
        <w:t>Tips</w:t>
      </w:r>
    </w:p>
    <w:p>
      <w:pPr>
        <w:pStyle w:val="ListBullet"/>
      </w:pPr>
      <w:r>
        <w:t>State the language, inputs, outputs and edge cases explicitly.</w:t>
      </w:r>
    </w:p>
    <w:p>
      <w:pPr>
        <w:pStyle w:val="ListBullet"/>
      </w:pPr>
      <w:r>
        <w:t>Always run and test AI code; ask for test examples in the prompt.</w:t>
      </w:r>
    </w:p>
    <w:p>
      <w:pPr>
        <w:pStyle w:val="HSub"/>
      </w:pPr>
      <w:r>
        <w:t>Common Mistakes</w:t>
      </w:r>
    </w:p>
    <w:p>
      <w:pPr>
        <w:pStyle w:val="ListBullet"/>
      </w:pPr>
      <w:r>
        <w:t>Asking for code without saying what it should do with unusual inputs.</w:t>
      </w:r>
    </w:p>
    <w:p>
      <w:pPr>
        <w:pStyle w:val="ListBullet"/>
      </w:pPr>
      <w:r>
        <w:t>Pasting code you have not run or do not understand.</w:t>
      </w:r>
    </w:p>
    <w:p>
      <w:pPr>
        <w:pStyle w:val="HSub"/>
      </w:pPr>
      <w:r>
        <w:t>Practice</w:t>
      </w:r>
    </w:p>
    <w:p>
      <w:pPr>
        <w:pStyle w:val="ListNumber"/>
      </w:pPr>
      <w:r>
        <w:t>Ask for a small function with a stated edge case, then run it.</w:t>
      </w:r>
    </w:p>
    <w:p>
      <w:pPr>
        <w:pStyle w:val="ListNumber"/>
      </w:pPr>
      <w:r>
        <w:t>Paste an error message and ask the AI to explain and fix it.</w:t>
      </w:r>
    </w:p>
    <w:p>
      <w:r>
        <w:br w:type="page"/>
      </w:r>
    </w:p>
    <w:p>
      <w:pPr>
        <w:pStyle w:val="HLevel"/>
      </w:pPr>
      <w:r>
        <w:t>Part 5 - Advanced Scripts</w:t>
      </w:r>
    </w:p>
    <w:p>
      <w:pPr>
        <w:pStyle w:val="Heading1"/>
        <w:spacing w:after="80"/>
      </w:pPr>
      <w:r>
        <w:rPr>
          <w:rFonts w:ascii="Georgia" w:hAnsi="Georgia"/>
          <w:color w:val="16241C"/>
          <w:sz w:val="36"/>
        </w:rPr>
        <w:t>Chapter 18: Hold a Conversation: Multi-Turn Prompting</w:t>
      </w:r>
    </w:p>
    <w:p>
      <w:pPr>
        <w:shd w:val="clear" w:fill="E7F5EC"/>
      </w:pPr>
      <w:r>
        <w:rPr>
          <w:b/>
          <w:color w:val="156A45"/>
        </w:rPr>
        <w:t xml:space="preserve">Goal: </w:t>
      </w:r>
      <w:r>
        <w:t>Use the back-and-forth of a chat as a deliberate technique, not just chatting.</w:t>
      </w:r>
    </w:p>
    <w:p>
      <w:r>
        <w:t>A chat remembers everything said in it, so you can build up a result over many turns: set the situation, ask a question, react to the answer, add a constraint, ask for a revision. Each turn can be short because the AI already has the shared history.</w:t>
      </w:r>
    </w:p>
    <w:p>
      <w:r>
        <w:t>You can also make the AI interview YOU. Asking it to 'ask me questions one at a time until you have enough to do the task' is a powerful way to get a tailored result without writing a giant prompt.</w:t>
      </w:r>
    </w:p>
    <w:p>
      <w:pPr>
        <w:pStyle w:val="HSub"/>
      </w:pPr>
      <w:r>
        <w:t>The Script (Template)</w:t>
      </w:r>
    </w:p>
    <w:p>
      <w:pPr>
        <w:pStyle w:val="Mono"/>
        <w:shd w:val="clear" w:fill="E4F5EA"/>
      </w:pPr>
      <w:r>
        <w:t>'Before you answer, ask me any questions you need, one at a time, until you can do [TASK] well. Then do it.'</w:t>
      </w:r>
    </w:p>
    <w:p>
      <w:pPr>
        <w:pStyle w:val="HSub"/>
      </w:pPr>
      <w:r>
        <w:t>Worked Example</w:t>
      </w:r>
    </w:p>
    <w:p>
      <w:pPr>
        <w:pStyle w:val="HLabelYou"/>
      </w:pPr>
      <w:r>
        <w:t>You write:</w:t>
      </w:r>
    </w:p>
    <w:p>
      <w:pPr>
        <w:pStyle w:val="Mono"/>
        <w:shd w:val="clear" w:fill="E4F5EA"/>
      </w:pPr>
      <w:r>
        <w:t>I want help planning a birthday party. Before suggesting anything, interview me one question at a time until you have what you need, then give a plan.</w:t>
      </w:r>
    </w:p>
    <w:p>
      <w:pPr>
        <w:pStyle w:val="HLabelAI"/>
      </w:pPr>
      <w:r>
        <w:t>AI replies (sample):</w:t>
      </w:r>
    </w:p>
    <w:p>
      <w:pPr>
        <w:pStyle w:val="Mono"/>
        <w:shd w:val="clear" w:fill="F0F3F5"/>
      </w:pPr>
      <w:r>
        <w:t>Great - let's start. Question 1 of a few: Who is the party for, and roughly how old will they be? (Once you answer, I'll ask about budget, guest numbers, and the kind of vibe you want, then build the plan.)</w:t>
      </w:r>
    </w:p>
    <w:p>
      <w:pPr>
        <w:pStyle w:val="HLabelWhy"/>
      </w:pPr>
      <w:r>
        <w:t>Why it works:</w:t>
      </w:r>
    </w:p>
    <w:p>
      <w:r>
        <w:t>Instead of you guessing what to include, the AI gathers exactly what it needs. The chat's memory lets it combine your answers into a tailored plan at the end.</w:t>
      </w:r>
    </w:p>
    <w:p>
      <w:pPr>
        <w:pStyle w:val="HSub"/>
      </w:pPr>
      <w:r>
        <w:t>Tips</w:t>
      </w:r>
    </w:p>
    <w:p>
      <w:pPr>
        <w:pStyle w:val="ListBullet"/>
      </w:pPr>
      <w:r>
        <w:t>Let the AI interview you when you are not sure what details matter.</w:t>
      </w:r>
    </w:p>
    <w:p>
      <w:pPr>
        <w:pStyle w:val="ListBullet"/>
      </w:pPr>
      <w:r>
        <w:t>Keep turns short; the AI already remembers the conversation.</w:t>
      </w:r>
    </w:p>
    <w:p>
      <w:pPr>
        <w:pStyle w:val="HSub"/>
      </w:pPr>
      <w:r>
        <w:t>Common Mistakes</w:t>
      </w:r>
    </w:p>
    <w:p>
      <w:pPr>
        <w:pStyle w:val="ListBullet"/>
      </w:pPr>
      <w:r>
        <w:t>Cramming everything into one giant prompt when a short dialogue is easier.</w:t>
      </w:r>
    </w:p>
    <w:p>
      <w:pPr>
        <w:pStyle w:val="ListBullet"/>
      </w:pPr>
      <w:r>
        <w:t>Assuming memory carries across to a brand-new chat - it does not.</w:t>
      </w:r>
    </w:p>
    <w:p>
      <w:pPr>
        <w:pStyle w:val="HSub"/>
      </w:pPr>
      <w:r>
        <w:t>Practice</w:t>
      </w:r>
    </w:p>
    <w:p>
      <w:pPr>
        <w:pStyle w:val="ListNumber"/>
      </w:pPr>
      <w:r>
        <w:t>Ask the AI to interview you before helping with a real decision.</w:t>
      </w:r>
    </w:p>
    <w:p>
      <w:pPr>
        <w:pStyle w:val="ListNumber"/>
      </w:pPr>
      <w:r>
        <w:t>Build a result over five short turns instead of one long prompt.</w:t>
      </w:r>
    </w:p>
    <w:p>
      <w:r>
        <w:br w:type="page"/>
      </w:r>
    </w:p>
    <w:p>
      <w:pPr>
        <w:pStyle w:val="HLevel"/>
      </w:pPr>
      <w:r>
        <w:t>Part 5 - Advanced Scripts</w:t>
      </w:r>
    </w:p>
    <w:p>
      <w:pPr>
        <w:pStyle w:val="Heading1"/>
        <w:spacing w:after="80"/>
      </w:pPr>
      <w:r>
        <w:rPr>
          <w:rFonts w:ascii="Georgia" w:hAnsi="Georgia"/>
          <w:color w:val="16241C"/>
          <w:sz w:val="36"/>
        </w:rPr>
        <w:t>Chapter 19: The Complete Script: Combine Everything</w:t>
      </w:r>
    </w:p>
    <w:p>
      <w:pPr>
        <w:shd w:val="clear" w:fill="E7F5EC"/>
      </w:pPr>
      <w:r>
        <w:rPr>
          <w:b/>
          <w:color w:val="156A45"/>
        </w:rPr>
        <w:t xml:space="preserve">Goal: </w:t>
      </w:r>
      <w:r>
        <w:t>Assemble role, context, task, examples, format, rules and verification into one strong prompt.</w:t>
      </w:r>
    </w:p>
    <w:p>
      <w:r>
        <w:t>This is where it all comes together. A professional-grade script layers the techniques you have learned: a role for perspective, context for fit, a clear task, an example for style, a format for usability, rules for control, and a verification step for trust.</w:t>
      </w:r>
    </w:p>
    <w:p>
      <w:r>
        <w:t>You will not need every layer every time. But knowing the full stack means you can build a prompt that reliably produces exactly what you want, even for a complex, high-stakes task.</w:t>
      </w:r>
    </w:p>
    <w:p>
      <w:pPr>
        <w:pStyle w:val="HSub"/>
      </w:pPr>
      <w:r>
        <w:t>The Script (Template)</w:t>
      </w:r>
    </w:p>
    <w:p>
      <w:pPr>
        <w:pStyle w:val="Mono"/>
        <w:shd w:val="clear" w:fill="E4F5EA"/>
      </w:pPr>
      <w:r>
        <w:t>You are [ROLE].</w:t>
        <w:br/>
        <w:t>Context: [CONTEXT].</w:t>
        <w:br/>
        <w:t>Task: [TASK].</w:t>
        <w:br/>
        <w:t>Example of the style I want: [EXAMPLE].</w:t>
        <w:br/>
        <w:t>Format: [FORMAT].</w:t>
        <w:br/>
        <w:t>Rules: [RULES].</w:t>
        <w:br/>
        <w:t>After the answer, flag anything I should verify.</w:t>
      </w:r>
    </w:p>
    <w:p>
      <w:pPr>
        <w:pStyle w:val="HSub"/>
      </w:pPr>
      <w:r>
        <w:t>Worked Example</w:t>
      </w:r>
    </w:p>
    <w:p>
      <w:pPr>
        <w:pStyle w:val="HLabelYou"/>
      </w:pPr>
      <w:r>
        <w:t>You write:</w:t>
      </w:r>
    </w:p>
    <w:p>
      <w:pPr>
        <w:pStyle w:val="Mono"/>
        <w:shd w:val="clear" w:fill="E4F5EA"/>
      </w:pPr>
      <w:r>
        <w:t>You are an experienced high-school science teacher.</w:t>
        <w:br/>
        <w:t>Context: my students are 15 and find physics intimidating.</w:t>
        <w:br/>
        <w:t>Task: explain Newton's first law.</w:t>
        <w:br/>
        <w:t>Example of style: friendly, uses one everyday analogy.</w:t>
        <w:br/>
        <w:t>Format: a short paragraph, then 2 bullet-point takeaways.</w:t>
        <w:br/>
        <w:t>Rules: no equations, under 120 words.</w:t>
        <w:br/>
        <w:t>Then flag anything I should verify.</w:t>
      </w:r>
    </w:p>
    <w:p>
      <w:pPr>
        <w:pStyle w:val="HLabelAI"/>
      </w:pPr>
      <w:r>
        <w:t>AI replies (sample):</w:t>
      </w:r>
    </w:p>
    <w:p>
      <w:pPr>
        <w:pStyle w:val="Mono"/>
        <w:shd w:val="clear" w:fill="F0F3F5"/>
      </w:pPr>
      <w:r>
        <w:t>Think of a coffee cup on a car dashboard. When the car suddenly brakes, the cup keeps sliding forward - it 'wants' to keep doing what it was doing. That is Newton's first law: an object stays still, or keeps moving the same way, unless a force acts on it.</w:t>
        <w:br/>
        <w:t>- Things don't change their motion on their own.</w:t>
        <w:br/>
        <w:t>- It takes a push or pull (a force) to speed up, slow down or turn.</w:t>
        <w:br/>
        <w:t>To verify: the law's wording is standard, but double-check your textbook's exact phrasing.</w:t>
      </w:r>
    </w:p>
    <w:p>
      <w:pPr>
        <w:pStyle w:val="HLabelWhy"/>
      </w:pPr>
      <w:r>
        <w:t>Why it works:</w:t>
      </w:r>
    </w:p>
    <w:p>
      <w:r>
        <w:t>Seven techniques worked together - role, context, task, style example, format, rules and a verify step - producing a classroom-ready explanation on the first try.</w:t>
      </w:r>
    </w:p>
    <w:p>
      <w:pPr>
        <w:pStyle w:val="HSub"/>
      </w:pPr>
      <w:r>
        <w:t>Tips</w:t>
      </w:r>
    </w:p>
    <w:p>
      <w:pPr>
        <w:pStyle w:val="ListBullet"/>
      </w:pPr>
      <w:r>
        <w:t>Use the full stack for important tasks; trim layers for quick ones.</w:t>
      </w:r>
    </w:p>
    <w:p>
      <w:pPr>
        <w:pStyle w:val="ListBullet"/>
      </w:pPr>
      <w:r>
        <w:t>Keep each layer on its own line so the prompt stays readable.</w:t>
      </w:r>
    </w:p>
    <w:p>
      <w:pPr>
        <w:pStyle w:val="HSub"/>
      </w:pPr>
      <w:r>
        <w:t>Common Mistakes</w:t>
      </w:r>
    </w:p>
    <w:p>
      <w:pPr>
        <w:pStyle w:val="ListBullet"/>
      </w:pPr>
      <w:r>
        <w:t>Adding every layer to a trivial request and drowning it in instructions.</w:t>
      </w:r>
    </w:p>
    <w:p>
      <w:pPr>
        <w:pStyle w:val="ListBullet"/>
      </w:pPr>
      <w:r>
        <w:t>Layers that contradict each other (e.g. 'formal' role but 'playful' rule).</w:t>
      </w:r>
    </w:p>
    <w:p>
      <w:pPr>
        <w:pStyle w:val="HSub"/>
      </w:pPr>
      <w:r>
        <w:t>Practice</w:t>
      </w:r>
    </w:p>
    <w:p>
      <w:pPr>
        <w:pStyle w:val="ListNumber"/>
      </w:pPr>
      <w:r>
        <w:t>Build one complete, multi-layer script for a task that matters to you.</w:t>
      </w:r>
    </w:p>
    <w:p>
      <w:pPr>
        <w:pStyle w:val="ListNumber"/>
      </w:pPr>
      <w:r>
        <w:t>Remove one layer at a time and observe what each contributes.</w:t>
      </w:r>
    </w:p>
    <w:p>
      <w:r>
        <w:br w:type="page"/>
      </w:r>
    </w:p>
    <w:p>
      <w:pPr>
        <w:pStyle w:val="HLevel"/>
      </w:pPr>
      <w:r>
        <w:t>Part 5 - Advanced Scripts</w:t>
      </w:r>
    </w:p>
    <w:p>
      <w:pPr>
        <w:pStyle w:val="Heading1"/>
        <w:spacing w:after="80"/>
      </w:pPr>
      <w:r>
        <w:rPr>
          <w:rFonts w:ascii="Georgia" w:hAnsi="Georgia"/>
          <w:color w:val="16241C"/>
          <w:sz w:val="36"/>
        </w:rPr>
        <w:t>Chapter 20: Your Prompt Library and Responsible Use</w:t>
      </w:r>
    </w:p>
    <w:p>
      <w:pPr>
        <w:shd w:val="clear" w:fill="E7F5EC"/>
      </w:pPr>
      <w:r>
        <w:rPr>
          <w:b/>
          <w:color w:val="156A45"/>
        </w:rPr>
        <w:t xml:space="preserve">Goal: </w:t>
      </w:r>
      <w:r>
        <w:t>Organise your best scripts and use AI honestly, safely and ethically.</w:t>
      </w:r>
    </w:p>
    <w:p>
      <w:r>
        <w:t>You now have a toolkit. The last step is to keep your best scripts in one place - a simple document of labelled, reusable templates - so your skill compounds instead of resetting every time. That collection is your prompt library.</w:t>
      </w:r>
    </w:p>
    <w:p>
      <w:r>
        <w:t>With power comes responsibility. Use AI honestly (do not pass off AI work as your own where that is against the rules), protect privacy (never paste passwords, other people's personal data or confidential material), and always verify before you rely on an answer. AI is an assistant that amplifies you - the judgement stays yours.</w:t>
      </w:r>
    </w:p>
    <w:p>
      <w:pPr>
        <w:pStyle w:val="HSub"/>
      </w:pPr>
      <w:r>
        <w:t>The Script (Template)</w:t>
      </w:r>
    </w:p>
    <w:p>
      <w:pPr>
        <w:pStyle w:val="Mono"/>
        <w:shd w:val="clear" w:fill="E4F5EA"/>
      </w:pPr>
      <w:r>
        <w:t>Keep a file: for each script note its NAME, WHAT IT'S FOR, the TEMPLATE, and a NOTE on what to check before trusting the output.</w:t>
      </w:r>
    </w:p>
    <w:p>
      <w:pPr>
        <w:pStyle w:val="HSub"/>
      </w:pPr>
      <w:r>
        <w:t>Worked Example</w:t>
      </w:r>
    </w:p>
    <w:p>
      <w:pPr>
        <w:pStyle w:val="HLabelYou"/>
      </w:pPr>
      <w:r>
        <w:t>You write:</w:t>
      </w:r>
    </w:p>
    <w:p>
      <w:pPr>
        <w:pStyle w:val="Mono"/>
        <w:shd w:val="clear" w:fill="E4F5EA"/>
      </w:pPr>
      <w:r>
        <w:t>Help me start a personal prompt library. Suggest 5 categories a student would reuse most, with a one-line example template for each.</w:t>
      </w:r>
    </w:p>
    <w:p>
      <w:pPr>
        <w:pStyle w:val="HLabelAI"/>
      </w:pPr>
      <w:r>
        <w:t>AI replies (sample):</w:t>
      </w:r>
    </w:p>
    <w:p>
      <w:pPr>
        <w:pStyle w:val="Mono"/>
        <w:shd w:val="clear" w:fill="F0F3F5"/>
      </w:pPr>
      <w:r>
        <w:t>1. Summarise - 'Summarise the text below in [N] bullets for [audience].'</w:t>
        <w:br/>
        <w:t>2. Explain - 'Explain [topic] to a [level] learner using one analogy.'</w:t>
        <w:br/>
        <w:t>3. Improve writing - 'Rewrite the text below to be clearer and [tone], same meaning.'</w:t>
        <w:br/>
        <w:t>4. Study - 'Make [N] quiz questions with answers from the notes below.'</w:t>
        <w:br/>
        <w:t>5. Plan - 'Give a step-by-step plan to [goal] given [constraints].'</w:t>
        <w:br/>
        <w:t>Save these, then refine each as you learn what works for you.</w:t>
      </w:r>
    </w:p>
    <w:p>
      <w:pPr>
        <w:pStyle w:val="HLabelWhy"/>
      </w:pPr>
      <w:r>
        <w:t>Why it works:</w:t>
      </w:r>
    </w:p>
    <w:p>
      <w:r>
        <w:t>It turns the whole course into a starter library you keep and grow - the point of treating prompts as reusable scripts.</w:t>
      </w:r>
    </w:p>
    <w:p>
      <w:pPr>
        <w:pStyle w:val="HSub"/>
      </w:pPr>
      <w:r>
        <w:t>Tips</w:t>
      </w:r>
    </w:p>
    <w:p>
      <w:pPr>
        <w:pStyle w:val="ListBullet"/>
      </w:pPr>
      <w:r>
        <w:t>Label each saved script with what it is for and what to verify.</w:t>
      </w:r>
    </w:p>
    <w:p>
      <w:pPr>
        <w:pStyle w:val="ListBullet"/>
      </w:pPr>
      <w:r>
        <w:t>Never paste passwords, financial details or other people's private data.</w:t>
      </w:r>
    </w:p>
    <w:p>
      <w:pPr>
        <w:pStyle w:val="ListBullet"/>
      </w:pPr>
      <w:r>
        <w:t>Follow your school's or workplace's rules on AI use; honesty first.</w:t>
      </w:r>
    </w:p>
    <w:p>
      <w:pPr>
        <w:pStyle w:val="HSub"/>
      </w:pPr>
      <w:r>
        <w:t>Common Mistakes</w:t>
      </w:r>
    </w:p>
    <w:p>
      <w:pPr>
        <w:pStyle w:val="ListBullet"/>
      </w:pPr>
      <w:r>
        <w:t>Letting good prompts vanish in old chats instead of saving them.</w:t>
      </w:r>
    </w:p>
    <w:p>
      <w:pPr>
        <w:pStyle w:val="ListBullet"/>
      </w:pPr>
      <w:r>
        <w:t>Sharing sensitive data with an AI tool without thinking.</w:t>
      </w:r>
    </w:p>
    <w:p>
      <w:pPr>
        <w:pStyle w:val="ListBullet"/>
      </w:pPr>
      <w:r>
        <w:t>Presenting unverified AI output as fact, or as fully your own work when rules forbid it.</w:t>
      </w:r>
    </w:p>
    <w:p>
      <w:pPr>
        <w:pStyle w:val="HSub"/>
      </w:pPr>
      <w:r>
        <w:t>Practice</w:t>
      </w:r>
    </w:p>
    <w:p>
      <w:pPr>
        <w:pStyle w:val="ListNumber"/>
      </w:pPr>
      <w:r>
        <w:t>Start a prompt library file with your five best scripts from this course.</w:t>
      </w:r>
    </w:p>
    <w:p>
      <w:pPr>
        <w:pStyle w:val="ListNumber"/>
      </w:pPr>
      <w:r>
        <w:t>Write your own one-line 'responsible AI use' rule and stick to it.</w:t>
      </w:r>
    </w:p>
    <w:p>
      <w:r>
        <w:br w:type="page"/>
      </w:r>
    </w:p>
    <w:p>
      <w:pPr>
        <w:pStyle w:val="H1Chapter"/>
      </w:pPr>
      <w:r>
        <w:t>A Final Word</w:t>
      </w:r>
    </w:p>
    <w:p>
      <w:r>
        <w:t>You now hold a complete method for communicating with AI: start simple, be specific, give context and a role, ask for the right format, show examples, make it reason, break big jobs into steps, work on your own text, iterate, set rules, template what works, avoid the common mistakes, verify everything, and use it all responsibly.</w:t>
      </w:r>
    </w:p>
    <w:p>
      <w:r>
        <w:t>The single habit that matters most: change one thing in your prompt and watch how the answer changes. Keep doing that, keep your best scripts in a library, and your skill will compound for the rest of your studies and career.</w:t>
      </w:r>
    </w:p>
    <w:p>
      <w:r>
        <w:t>Visit https://chatbizdb.com/claude-script for the interactive student and teacher editions.</w:t>
      </w:r>
    </w:p>
    <w:sectPr w:rsidR="00FC693F" w:rsidRPr="0006063C" w:rsidSect="00034616">
      <w:pgSz w:w="8640" w:h="1296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1Chapter">
    <w:name w:val="H1Chapter"/>
    <w:basedOn w:val="Normal"/>
    <w:pPr>
      <w:keepNext/>
      <w:spacing w:before="120" w:after="80"/>
    </w:pPr>
    <w:rPr>
      <w:rFonts w:ascii="Georgia" w:hAnsi="Georgia"/>
      <w:b/>
      <w:color w:val="16241C"/>
      <w:sz w:val="40"/>
    </w:rPr>
  </w:style>
  <w:style w:type="paragraph" w:customStyle="1" w:styleId="HLevel">
    <w:name w:val="HLevel"/>
    <w:basedOn w:val="Normal"/>
    <w:pPr>
      <w:keepNext/>
      <w:spacing w:before="0" w:after="40"/>
    </w:pPr>
    <w:rPr>
      <w:rFonts w:ascii="Arial" w:hAnsi="Arial"/>
      <w:b/>
      <w:color w:val="156A45"/>
      <w:sz w:val="18"/>
    </w:rPr>
  </w:style>
  <w:style w:type="paragraph" w:customStyle="1" w:styleId="HSub">
    <w:name w:val="HSub"/>
    <w:basedOn w:val="Normal"/>
    <w:pPr>
      <w:keepNext/>
      <w:spacing w:before="200" w:after="60"/>
    </w:pPr>
    <w:rPr>
      <w:rFonts w:ascii="Arial" w:hAnsi="Arial"/>
      <w:b/>
      <w:color w:val="16241C"/>
      <w:sz w:val="22"/>
    </w:rPr>
  </w:style>
  <w:style w:type="paragraph" w:customStyle="1" w:styleId="HLabelYou">
    <w:name w:val="HLabelYou"/>
    <w:basedOn w:val="Normal"/>
    <w:pPr>
      <w:keepNext/>
      <w:spacing w:before="120" w:after="20"/>
    </w:pPr>
    <w:rPr>
      <w:rFonts w:ascii="Arial" w:hAnsi="Arial"/>
      <w:b/>
      <w:color w:val="156A45"/>
      <w:sz w:val="18"/>
    </w:rPr>
  </w:style>
  <w:style w:type="paragraph" w:customStyle="1" w:styleId="HLabelAI">
    <w:name w:val="HLabelAI"/>
    <w:basedOn w:val="Normal"/>
    <w:pPr>
      <w:keepNext/>
      <w:spacing w:before="80" w:after="20"/>
    </w:pPr>
    <w:rPr>
      <w:rFonts w:ascii="Arial" w:hAnsi="Arial"/>
      <w:b/>
      <w:color w:val="0F6D54"/>
      <w:sz w:val="18"/>
    </w:rPr>
  </w:style>
  <w:style w:type="paragraph" w:customStyle="1" w:styleId="HLabelWhy">
    <w:name w:val="HLabelWhy"/>
    <w:basedOn w:val="Normal"/>
    <w:pPr>
      <w:keepNext/>
      <w:spacing w:before="80" w:after="20"/>
    </w:pPr>
    <w:rPr>
      <w:rFonts w:ascii="Arial" w:hAnsi="Arial"/>
      <w:b/>
      <w:color w:val="9A380C"/>
      <w:sz w:val="18"/>
    </w:rPr>
  </w:style>
  <w:style w:type="paragraph" w:customStyle="1" w:styleId="Mono">
    <w:name w:val="Mono"/>
    <w:basedOn w:val="Normal"/>
    <w:pPr>
      <w:spacing w:after="120" w:before="40"/>
      <w:ind w:left="173"/>
    </w:pPr>
    <w:rPr>
      <w:rFonts w:ascii="Consolas" w:hAnsi="Consola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